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89BF4" w14:textId="00096EA2" w:rsidR="00392864" w:rsidRDefault="00886B7E">
      <w:pPr>
        <w:pStyle w:val="1"/>
        <w:spacing w:before="74"/>
        <w:ind w:left="1171" w:right="1110"/>
        <w:jc w:val="center"/>
        <w:rPr>
          <w:spacing w:val="-1"/>
        </w:rPr>
      </w:pPr>
      <w:r w:rsidRPr="00886B7E">
        <w:rPr>
          <w:noProof/>
          <w:spacing w:val="-1"/>
          <w:lang w:eastAsia="ru-RU"/>
        </w:rPr>
        <w:drawing>
          <wp:inline distT="0" distB="0" distL="0" distR="0" wp14:anchorId="2CFD3A1B" wp14:editId="2D094FA6">
            <wp:extent cx="6845300" cy="94891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8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CC23" w14:textId="34A3D7F6" w:rsidR="00392864" w:rsidRDefault="00392864" w:rsidP="00886B7E">
      <w:pPr>
        <w:pStyle w:val="1"/>
        <w:spacing w:before="74"/>
        <w:ind w:left="0" w:right="148"/>
        <w:rPr>
          <w:spacing w:val="-1"/>
        </w:rPr>
      </w:pPr>
      <w:bookmarkStart w:id="0" w:name="_GoBack"/>
      <w:bookmarkEnd w:id="0"/>
    </w:p>
    <w:p w14:paraId="649B3527" w14:textId="77777777" w:rsidR="00392864" w:rsidRDefault="00392864">
      <w:pPr>
        <w:pStyle w:val="1"/>
        <w:spacing w:before="74"/>
        <w:ind w:left="1171" w:right="1110"/>
        <w:jc w:val="center"/>
        <w:rPr>
          <w:spacing w:val="-1"/>
        </w:rPr>
      </w:pPr>
    </w:p>
    <w:p w14:paraId="3152FC39" w14:textId="77777777" w:rsidR="00392864" w:rsidRDefault="00392864">
      <w:pPr>
        <w:pStyle w:val="1"/>
        <w:spacing w:before="74"/>
        <w:ind w:left="1171" w:right="1110"/>
        <w:jc w:val="center"/>
        <w:rPr>
          <w:spacing w:val="-1"/>
        </w:rPr>
      </w:pPr>
    </w:p>
    <w:p w14:paraId="0AFC5C63" w14:textId="77777777" w:rsidR="00392864" w:rsidRDefault="00392864">
      <w:pPr>
        <w:pStyle w:val="1"/>
        <w:spacing w:before="74"/>
        <w:ind w:left="1171" w:right="1110"/>
        <w:jc w:val="center"/>
        <w:rPr>
          <w:spacing w:val="-1"/>
        </w:rPr>
      </w:pPr>
    </w:p>
    <w:p w14:paraId="33201244" w14:textId="77777777" w:rsidR="003A176F" w:rsidRDefault="00DB75FB">
      <w:pPr>
        <w:pStyle w:val="1"/>
        <w:spacing w:before="74"/>
        <w:ind w:left="1171" w:right="1110"/>
        <w:jc w:val="center"/>
      </w:pPr>
      <w:r>
        <w:rPr>
          <w:spacing w:val="-1"/>
        </w:rPr>
        <w:t>МИНИСТЕРСТВО</w:t>
      </w:r>
      <w:r>
        <w:rPr>
          <w:spacing w:val="-11"/>
        </w:rPr>
        <w:t xml:space="preserve"> </w:t>
      </w:r>
      <w:r>
        <w:rPr>
          <w:spacing w:val="-1"/>
        </w:rPr>
        <w:t>ПРОСВЕЩЕНИЯ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t>ФЕДЕРАЦИИ</w:t>
      </w:r>
    </w:p>
    <w:p w14:paraId="7B18EA07" w14:textId="19A9E174" w:rsidR="000A38A4" w:rsidRDefault="000A38A4">
      <w:pPr>
        <w:pStyle w:val="1"/>
        <w:spacing w:before="74"/>
        <w:ind w:left="1171" w:right="1110"/>
        <w:jc w:val="center"/>
      </w:pPr>
      <w:r>
        <w:t>Минис</w:t>
      </w:r>
      <w:r w:rsidR="000D08C5">
        <w:t>т</w:t>
      </w:r>
      <w:r>
        <w:t>ерство</w:t>
      </w:r>
      <w:r w:rsidR="000D08C5">
        <w:t xml:space="preserve"> </w:t>
      </w:r>
      <w:r>
        <w:t>образования и науки Р</w:t>
      </w:r>
      <w:r w:rsidR="000D08C5">
        <w:t>еспублики Башкортостан</w:t>
      </w:r>
    </w:p>
    <w:p w14:paraId="14EE6BCA" w14:textId="604F42C2" w:rsidR="000D08C5" w:rsidRDefault="000D08C5">
      <w:pPr>
        <w:pStyle w:val="1"/>
        <w:spacing w:before="74"/>
        <w:ind w:left="1171" w:right="1110"/>
        <w:jc w:val="center"/>
      </w:pPr>
      <w:r>
        <w:t xml:space="preserve">МКУ ОО МР Учалинский район РБ </w:t>
      </w:r>
    </w:p>
    <w:p w14:paraId="5BC0E737" w14:textId="589F22E0" w:rsidR="000D08C5" w:rsidRDefault="0066322E">
      <w:pPr>
        <w:pStyle w:val="1"/>
        <w:spacing w:before="74"/>
        <w:ind w:left="1171" w:right="1110"/>
        <w:jc w:val="center"/>
      </w:pPr>
      <w:r>
        <w:t>МБОУ СОШ с. Поляковка</w:t>
      </w:r>
      <w:r w:rsidR="000D08C5">
        <w:t xml:space="preserve"> МР Учалинский район РБ </w:t>
      </w:r>
    </w:p>
    <w:p w14:paraId="706989E6" w14:textId="77777777" w:rsidR="003A176F" w:rsidRDefault="003A176F">
      <w:pPr>
        <w:pStyle w:val="a5"/>
        <w:spacing w:before="7"/>
        <w:ind w:left="0" w:firstLine="0"/>
        <w:jc w:val="left"/>
        <w:rPr>
          <w:b/>
          <w:sz w:val="33"/>
        </w:rPr>
      </w:pPr>
    </w:p>
    <w:p w14:paraId="77274A48" w14:textId="77777777" w:rsidR="003A176F" w:rsidRDefault="003A176F">
      <w:pPr>
        <w:pStyle w:val="a5"/>
        <w:ind w:left="0" w:firstLine="0"/>
        <w:jc w:val="left"/>
        <w:rPr>
          <w:sz w:val="26"/>
        </w:rPr>
      </w:pPr>
    </w:p>
    <w:p w14:paraId="3959AB3C" w14:textId="77777777" w:rsidR="003A176F" w:rsidRDefault="003A176F">
      <w:pPr>
        <w:pStyle w:val="a5"/>
        <w:ind w:left="0" w:firstLine="0"/>
        <w:jc w:val="left"/>
        <w:rPr>
          <w:sz w:val="26"/>
        </w:rPr>
      </w:pPr>
    </w:p>
    <w:p w14:paraId="400AF909" w14:textId="77777777" w:rsidR="003A176F" w:rsidRDefault="003A176F">
      <w:pPr>
        <w:pStyle w:val="a5"/>
        <w:ind w:left="0" w:firstLine="0"/>
        <w:jc w:val="left"/>
        <w:rPr>
          <w:sz w:val="26"/>
        </w:rPr>
      </w:pPr>
    </w:p>
    <w:p w14:paraId="000098C1" w14:textId="77777777" w:rsidR="003A176F" w:rsidRDefault="003A176F">
      <w:pPr>
        <w:pStyle w:val="a5"/>
        <w:spacing w:before="1"/>
        <w:ind w:left="0" w:firstLine="0"/>
        <w:jc w:val="left"/>
        <w:rPr>
          <w:sz w:val="22"/>
        </w:rPr>
      </w:pPr>
    </w:p>
    <w:p w14:paraId="31F0C65B" w14:textId="77777777" w:rsidR="003A176F" w:rsidRDefault="00DB75FB">
      <w:pPr>
        <w:pStyle w:val="1"/>
        <w:spacing w:before="0"/>
        <w:ind w:left="1100" w:right="1110"/>
        <w:jc w:val="center"/>
      </w:pPr>
      <w:r>
        <w:t>РАБОЧАЯ</w:t>
      </w:r>
      <w:r>
        <w:rPr>
          <w:spacing w:val="-9"/>
        </w:rPr>
        <w:t xml:space="preserve"> </w:t>
      </w:r>
      <w:r>
        <w:t>ПРОГРАММА</w:t>
      </w:r>
    </w:p>
    <w:p w14:paraId="7CF66B45" w14:textId="77777777" w:rsidR="003A176F" w:rsidRDefault="003A176F">
      <w:pPr>
        <w:pStyle w:val="a5"/>
        <w:spacing w:before="1"/>
        <w:ind w:left="0" w:firstLine="0"/>
        <w:jc w:val="left"/>
        <w:rPr>
          <w:b/>
          <w:sz w:val="26"/>
        </w:rPr>
      </w:pPr>
    </w:p>
    <w:p w14:paraId="147E385F" w14:textId="77777777" w:rsidR="003A176F" w:rsidRDefault="00DB75FB">
      <w:pPr>
        <w:ind w:left="1030" w:right="1110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49454331" w14:textId="77777777" w:rsidR="003A176F" w:rsidRDefault="003A176F">
      <w:pPr>
        <w:pStyle w:val="a5"/>
        <w:spacing w:before="2"/>
        <w:ind w:left="0" w:firstLine="0"/>
        <w:jc w:val="left"/>
        <w:rPr>
          <w:b/>
          <w:sz w:val="26"/>
        </w:rPr>
      </w:pPr>
    </w:p>
    <w:p w14:paraId="012F8EDD" w14:textId="5F47E898" w:rsidR="003A176F" w:rsidRDefault="00DB75FB">
      <w:pPr>
        <w:pStyle w:val="1"/>
        <w:spacing w:before="0"/>
        <w:ind w:left="1297" w:right="1110"/>
        <w:jc w:val="center"/>
      </w:pPr>
      <w:r>
        <w:t>(ID</w:t>
      </w:r>
      <w:proofErr w:type="gramStart"/>
      <w:r w:rsidR="00C95EA7">
        <w:t>4055503</w:t>
      </w:r>
      <w:r>
        <w:rPr>
          <w:spacing w:val="-5"/>
        </w:rPr>
        <w:t xml:space="preserve"> </w:t>
      </w:r>
      <w:r>
        <w:t>)</w:t>
      </w:r>
      <w:proofErr w:type="gramEnd"/>
    </w:p>
    <w:p w14:paraId="18886285" w14:textId="77777777" w:rsidR="003A176F" w:rsidRDefault="003A176F">
      <w:pPr>
        <w:pStyle w:val="a5"/>
        <w:ind w:left="0" w:firstLine="0"/>
        <w:jc w:val="left"/>
        <w:rPr>
          <w:b/>
          <w:sz w:val="26"/>
        </w:rPr>
      </w:pPr>
    </w:p>
    <w:p w14:paraId="43383E91" w14:textId="77777777" w:rsidR="003A176F" w:rsidRDefault="003A176F">
      <w:pPr>
        <w:pStyle w:val="a5"/>
        <w:spacing w:before="4"/>
        <w:ind w:left="0" w:firstLine="0"/>
        <w:jc w:val="left"/>
        <w:rPr>
          <w:b/>
          <w:sz w:val="31"/>
        </w:rPr>
      </w:pPr>
    </w:p>
    <w:p w14:paraId="5FC51322" w14:textId="77777777" w:rsidR="003A176F" w:rsidRDefault="00DB75FB">
      <w:pPr>
        <w:ind w:left="1286" w:right="1110"/>
        <w:jc w:val="center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</w:p>
    <w:p w14:paraId="267BE867" w14:textId="77777777" w:rsidR="003A176F" w:rsidRDefault="00DB75FB">
      <w:pPr>
        <w:pStyle w:val="1"/>
        <w:spacing w:before="58"/>
        <w:ind w:left="1289" w:right="1110"/>
        <w:jc w:val="center"/>
      </w:pPr>
      <w:r>
        <w:t>«МАТЕМАТИКА»</w:t>
      </w:r>
    </w:p>
    <w:p w14:paraId="6ED03926" w14:textId="77777777" w:rsidR="003A176F" w:rsidRDefault="003A176F">
      <w:pPr>
        <w:pStyle w:val="a5"/>
        <w:spacing w:before="6"/>
        <w:ind w:left="0" w:firstLine="0"/>
        <w:jc w:val="left"/>
        <w:rPr>
          <w:b/>
          <w:sz w:val="30"/>
        </w:rPr>
      </w:pPr>
    </w:p>
    <w:p w14:paraId="452D5AB8" w14:textId="55D95802" w:rsidR="003A176F" w:rsidRDefault="000D08C5" w:rsidP="000D08C5">
      <w:pPr>
        <w:pStyle w:val="a5"/>
        <w:jc w:val="left"/>
      </w:pPr>
      <w:r>
        <w:t xml:space="preserve">                                    </w:t>
      </w:r>
      <w:r w:rsidR="00DB75FB">
        <w:t>(для</w:t>
      </w:r>
      <w:r w:rsidR="00DB75FB">
        <w:rPr>
          <w:spacing w:val="-6"/>
        </w:rPr>
        <w:t xml:space="preserve"> </w:t>
      </w:r>
      <w:r w:rsidR="00DB75FB">
        <w:t>5-6</w:t>
      </w:r>
      <w:r w:rsidR="00DB75FB">
        <w:rPr>
          <w:spacing w:val="-6"/>
        </w:rPr>
        <w:t xml:space="preserve"> </w:t>
      </w:r>
      <w:r w:rsidR="00DB75FB">
        <w:t>классов</w:t>
      </w:r>
      <w:r w:rsidR="00DB75FB">
        <w:rPr>
          <w:spacing w:val="-6"/>
        </w:rPr>
        <w:t xml:space="preserve"> </w:t>
      </w:r>
      <w:r w:rsidR="00DB75FB">
        <w:t>образовательных</w:t>
      </w:r>
      <w:r w:rsidR="00DB75FB">
        <w:rPr>
          <w:spacing w:val="-3"/>
        </w:rPr>
        <w:t xml:space="preserve"> </w:t>
      </w:r>
      <w:r w:rsidR="00DB75FB">
        <w:t>организаций)</w:t>
      </w:r>
    </w:p>
    <w:p w14:paraId="77FE1EAE" w14:textId="77777777" w:rsidR="003A176F" w:rsidRDefault="003A176F">
      <w:pPr>
        <w:pStyle w:val="a5"/>
        <w:ind w:left="0" w:firstLine="0"/>
        <w:jc w:val="left"/>
        <w:rPr>
          <w:sz w:val="20"/>
        </w:rPr>
      </w:pPr>
    </w:p>
    <w:p w14:paraId="6AEBF13E" w14:textId="77777777" w:rsidR="003A176F" w:rsidRDefault="003A176F">
      <w:pPr>
        <w:pStyle w:val="a5"/>
        <w:ind w:left="0" w:firstLine="0"/>
        <w:jc w:val="left"/>
        <w:rPr>
          <w:sz w:val="20"/>
        </w:rPr>
      </w:pPr>
    </w:p>
    <w:p w14:paraId="7892D76C" w14:textId="77777777" w:rsidR="003A176F" w:rsidRDefault="003A176F">
      <w:pPr>
        <w:pStyle w:val="a5"/>
        <w:ind w:left="0" w:firstLine="0"/>
        <w:jc w:val="left"/>
        <w:rPr>
          <w:sz w:val="20"/>
        </w:rPr>
      </w:pPr>
    </w:p>
    <w:p w14:paraId="345F4CD6" w14:textId="77777777" w:rsidR="003A176F" w:rsidRDefault="003A176F">
      <w:pPr>
        <w:pStyle w:val="a5"/>
        <w:ind w:left="0" w:firstLine="0"/>
        <w:jc w:val="left"/>
        <w:rPr>
          <w:sz w:val="20"/>
        </w:rPr>
      </w:pPr>
    </w:p>
    <w:p w14:paraId="4713784C" w14:textId="279CAC62" w:rsidR="003A176F" w:rsidRDefault="003A176F">
      <w:pPr>
        <w:pStyle w:val="a5"/>
        <w:spacing w:before="10"/>
        <w:ind w:left="0" w:firstLine="0"/>
        <w:jc w:val="left"/>
        <w:rPr>
          <w:sz w:val="18"/>
        </w:rPr>
      </w:pPr>
    </w:p>
    <w:p w14:paraId="50FACB2F" w14:textId="77777777" w:rsidR="003A176F" w:rsidRDefault="003A176F">
      <w:pPr>
        <w:pStyle w:val="a5"/>
        <w:ind w:left="0" w:firstLine="0"/>
        <w:jc w:val="left"/>
        <w:rPr>
          <w:sz w:val="26"/>
        </w:rPr>
      </w:pPr>
    </w:p>
    <w:p w14:paraId="4051A02B" w14:textId="77777777" w:rsidR="003A176F" w:rsidRDefault="003A176F">
      <w:pPr>
        <w:pStyle w:val="a5"/>
        <w:spacing w:before="5"/>
        <w:ind w:left="0" w:firstLine="0"/>
        <w:jc w:val="left"/>
        <w:rPr>
          <w:sz w:val="34"/>
        </w:rPr>
      </w:pPr>
    </w:p>
    <w:p w14:paraId="12EB5B83" w14:textId="77777777" w:rsidR="003A176F" w:rsidRDefault="003A176F">
      <w:pPr>
        <w:jc w:val="center"/>
      </w:pPr>
    </w:p>
    <w:p w14:paraId="4393DB4A" w14:textId="77777777" w:rsidR="00DB75FB" w:rsidRDefault="00DB75FB">
      <w:pPr>
        <w:jc w:val="center"/>
      </w:pPr>
    </w:p>
    <w:p w14:paraId="1C469922" w14:textId="77777777" w:rsidR="00DB75FB" w:rsidRDefault="00DB75FB">
      <w:pPr>
        <w:jc w:val="center"/>
      </w:pPr>
    </w:p>
    <w:p w14:paraId="10140093" w14:textId="77777777" w:rsidR="00DB75FB" w:rsidRDefault="00DB75FB">
      <w:pPr>
        <w:jc w:val="center"/>
      </w:pPr>
    </w:p>
    <w:p w14:paraId="05AB526B" w14:textId="77777777" w:rsidR="00DB75FB" w:rsidRDefault="00DB75FB">
      <w:pPr>
        <w:jc w:val="center"/>
      </w:pPr>
    </w:p>
    <w:p w14:paraId="5520FA45" w14:textId="77777777" w:rsidR="00DB75FB" w:rsidRDefault="00DB75FB">
      <w:pPr>
        <w:jc w:val="center"/>
      </w:pPr>
    </w:p>
    <w:p w14:paraId="1C430CA6" w14:textId="77777777" w:rsidR="00DB75FB" w:rsidRDefault="00DB75FB">
      <w:pPr>
        <w:jc w:val="center"/>
      </w:pPr>
    </w:p>
    <w:p w14:paraId="33F4F15C" w14:textId="77777777" w:rsidR="00DB75FB" w:rsidRDefault="00DB75FB">
      <w:pPr>
        <w:jc w:val="center"/>
      </w:pPr>
    </w:p>
    <w:p w14:paraId="5520AF72" w14:textId="77777777" w:rsidR="00DB75FB" w:rsidRDefault="00DB75FB">
      <w:pPr>
        <w:jc w:val="center"/>
      </w:pPr>
    </w:p>
    <w:p w14:paraId="71B9AD59" w14:textId="77777777" w:rsidR="00DB75FB" w:rsidRDefault="00DB75FB">
      <w:pPr>
        <w:jc w:val="center"/>
      </w:pPr>
    </w:p>
    <w:p w14:paraId="4DBC3ABE" w14:textId="77777777" w:rsidR="00DB75FB" w:rsidRDefault="00DB75FB">
      <w:pPr>
        <w:jc w:val="center"/>
      </w:pPr>
    </w:p>
    <w:p w14:paraId="60E704BB" w14:textId="77777777" w:rsidR="00DB75FB" w:rsidRDefault="00DB75FB">
      <w:pPr>
        <w:jc w:val="center"/>
      </w:pPr>
    </w:p>
    <w:p w14:paraId="2D16FAB4" w14:textId="77777777" w:rsidR="00DB75FB" w:rsidRDefault="00DB75FB">
      <w:pPr>
        <w:jc w:val="center"/>
      </w:pPr>
    </w:p>
    <w:p w14:paraId="40CA102A" w14:textId="77777777" w:rsidR="00DB75FB" w:rsidRDefault="00DB75FB">
      <w:pPr>
        <w:jc w:val="center"/>
      </w:pPr>
    </w:p>
    <w:p w14:paraId="445898FF" w14:textId="77777777" w:rsidR="00DB75FB" w:rsidRDefault="00DB75FB">
      <w:pPr>
        <w:jc w:val="center"/>
      </w:pPr>
    </w:p>
    <w:p w14:paraId="0AD901BD" w14:textId="77777777" w:rsidR="00DB75FB" w:rsidRDefault="00DB75FB">
      <w:pPr>
        <w:jc w:val="center"/>
      </w:pPr>
    </w:p>
    <w:p w14:paraId="07AE9664" w14:textId="77777777" w:rsidR="00DB75FB" w:rsidRDefault="00DB75FB">
      <w:pPr>
        <w:jc w:val="center"/>
      </w:pPr>
    </w:p>
    <w:p w14:paraId="699B2BC3" w14:textId="77777777" w:rsidR="00DB75FB" w:rsidRDefault="00DB75FB">
      <w:pPr>
        <w:jc w:val="center"/>
      </w:pPr>
    </w:p>
    <w:p w14:paraId="484D1F42" w14:textId="77777777" w:rsidR="00DB75FB" w:rsidRDefault="00DB75FB">
      <w:pPr>
        <w:jc w:val="center"/>
      </w:pPr>
    </w:p>
    <w:p w14:paraId="2AE9CCAA" w14:textId="77777777" w:rsidR="00DB75FB" w:rsidRDefault="00DB75FB">
      <w:pPr>
        <w:jc w:val="center"/>
      </w:pPr>
    </w:p>
    <w:p w14:paraId="0D679C37" w14:textId="32A3DD10" w:rsidR="00DB75FB" w:rsidRDefault="0066322E" w:rsidP="0066322E">
      <w:pPr>
        <w:jc w:val="center"/>
      </w:pPr>
      <w:r>
        <w:t>Поляковка 2023</w:t>
      </w:r>
    </w:p>
    <w:p w14:paraId="74CEF124" w14:textId="4205E28C" w:rsidR="00DB75FB" w:rsidRDefault="00DB75FB">
      <w:pPr>
        <w:jc w:val="center"/>
      </w:pPr>
    </w:p>
    <w:p w14:paraId="76D0E10F" w14:textId="4656F23D" w:rsidR="00DB75FB" w:rsidRDefault="00DB75FB">
      <w:pPr>
        <w:jc w:val="center"/>
      </w:pPr>
    </w:p>
    <w:p w14:paraId="42D64E37" w14:textId="77777777" w:rsidR="000D08C5" w:rsidRDefault="000D08C5">
      <w:pPr>
        <w:pStyle w:val="1"/>
        <w:spacing w:before="79"/>
        <w:jc w:val="left"/>
      </w:pPr>
      <w:r>
        <w:lastRenderedPageBreak/>
        <w:t>ПОЯСНИТЕЛЬНАЯ ЗАПИСКА</w:t>
      </w:r>
    </w:p>
    <w:p w14:paraId="4CCA9508" w14:textId="32837085" w:rsidR="003A176F" w:rsidRDefault="000D08C5">
      <w:pPr>
        <w:pStyle w:val="1"/>
        <w:spacing w:before="79"/>
        <w:jc w:val="left"/>
      </w:pPr>
      <w:r>
        <w:t>О</w:t>
      </w:r>
      <w:r w:rsidR="00DB75FB">
        <w:t>БЩАЯ</w:t>
      </w:r>
      <w:r w:rsidR="00DB75FB">
        <w:rPr>
          <w:spacing w:val="-12"/>
        </w:rPr>
        <w:t xml:space="preserve"> </w:t>
      </w:r>
      <w:r w:rsidR="00DB75FB">
        <w:t>ХАРАКТЕРИСТИКА</w:t>
      </w:r>
      <w:r w:rsidR="00DB75FB">
        <w:rPr>
          <w:spacing w:val="-7"/>
        </w:rPr>
        <w:t xml:space="preserve"> </w:t>
      </w:r>
      <w:r w:rsidR="00DB75FB">
        <w:t>УЧЕБНОГО</w:t>
      </w:r>
      <w:r w:rsidR="00DB75FB">
        <w:rPr>
          <w:spacing w:val="-7"/>
        </w:rPr>
        <w:t xml:space="preserve"> </w:t>
      </w:r>
      <w:r w:rsidR="00DB75FB">
        <w:t>ПРЕДМЕТА</w:t>
      </w:r>
      <w:r w:rsidR="00DB75FB">
        <w:rPr>
          <w:spacing w:val="-12"/>
        </w:rPr>
        <w:t xml:space="preserve"> </w:t>
      </w:r>
      <w:r w:rsidR="00DB75FB">
        <w:t>"МАТЕМАТИКА"</w:t>
      </w:r>
    </w:p>
    <w:p w14:paraId="12C43671" w14:textId="053EBC60" w:rsidR="003A176F" w:rsidRDefault="00DB75FB">
      <w:pPr>
        <w:pStyle w:val="a5"/>
        <w:spacing w:before="130" w:line="360" w:lineRule="auto"/>
        <w:ind w:right="22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современных мировых требований, предъявляемых к математическому образованию, и</w:t>
      </w:r>
      <w:r>
        <w:rPr>
          <w:spacing w:val="1"/>
        </w:rPr>
        <w:t xml:space="preserve"> </w:t>
      </w:r>
      <w:r>
        <w:t>традиций 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В 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 образованным современным человеком без базовой математической подготовки. Уже в школе</w:t>
      </w:r>
      <w:r>
        <w:rPr>
          <w:spacing w:val="1"/>
        </w:rPr>
        <w:t xml:space="preserve"> </w:t>
      </w:r>
      <w:r>
        <w:t>математика служит опорным предметом для изучения смежных дисциплин, а после школы 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подготовки,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математической.</w:t>
      </w:r>
    </w:p>
    <w:p w14:paraId="0C693B0F" w14:textId="09007D05" w:rsidR="003A176F" w:rsidRDefault="00DB75FB">
      <w:pPr>
        <w:pStyle w:val="a5"/>
        <w:spacing w:line="360" w:lineRule="auto"/>
        <w:ind w:right="219"/>
      </w:pP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6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 применением математики: и в сфере экономики, и в бизнесе, и в технологических</w:t>
      </w:r>
      <w:r>
        <w:rPr>
          <w:spacing w:val="-57"/>
        </w:rPr>
        <w:t xml:space="preserve"> </w:t>
      </w:r>
      <w:r>
        <w:t>областях, и даже в гуманитарных сферах. Таким образом, круг школьников, для которых математика</w:t>
      </w:r>
      <w:r>
        <w:rPr>
          <w:spacing w:val="-57"/>
        </w:rPr>
        <w:t xml:space="preserve"> </w:t>
      </w:r>
      <w:r>
        <w:t>может стать значимым</w:t>
      </w:r>
      <w:r>
        <w:rPr>
          <w:spacing w:val="-3"/>
        </w:rPr>
        <w:t xml:space="preserve"> </w:t>
      </w:r>
      <w:r>
        <w:t>предметом, расширяется.</w:t>
      </w:r>
    </w:p>
    <w:p w14:paraId="537BA32E" w14:textId="02FE20D8" w:rsidR="000D08C5" w:rsidRDefault="00DB75FB" w:rsidP="000D08C5">
      <w:pPr>
        <w:pStyle w:val="a5"/>
        <w:spacing w:before="1" w:line="360" w:lineRule="auto"/>
        <w:ind w:right="228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</w:t>
      </w:r>
      <w:r>
        <w:rPr>
          <w:spacing w:val="1"/>
        </w:rPr>
        <w:t xml:space="preserve"> </w:t>
      </w:r>
      <w:r>
        <w:t>от 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0D08C5">
        <w:t>интерпретация разнообразной</w:t>
      </w:r>
      <w:r w:rsidR="000D08C5">
        <w:rPr>
          <w:spacing w:val="1"/>
        </w:rPr>
        <w:t xml:space="preserve"> </w:t>
      </w:r>
      <w:r w:rsidR="000D08C5">
        <w:t>социальной,</w:t>
      </w:r>
      <w:r w:rsidR="000D08C5">
        <w:rPr>
          <w:spacing w:val="1"/>
        </w:rPr>
        <w:t xml:space="preserve"> </w:t>
      </w:r>
      <w:r w:rsidR="000D08C5">
        <w:t>экономической,</w:t>
      </w:r>
      <w:r w:rsidR="000D08C5">
        <w:rPr>
          <w:spacing w:val="1"/>
        </w:rPr>
        <w:t xml:space="preserve"> </w:t>
      </w:r>
      <w:r w:rsidR="000D08C5">
        <w:t>политической</w:t>
      </w:r>
      <w:r w:rsidR="000D08C5">
        <w:rPr>
          <w:spacing w:val="1"/>
        </w:rPr>
        <w:t xml:space="preserve"> </w:t>
      </w:r>
      <w:r w:rsidR="000D08C5">
        <w:t>информации,</w:t>
      </w:r>
      <w:r w:rsidR="000D08C5">
        <w:rPr>
          <w:spacing w:val="1"/>
        </w:rPr>
        <w:t xml:space="preserve"> </w:t>
      </w:r>
      <w:r w:rsidR="000D08C5">
        <w:t>малоэффективна</w:t>
      </w:r>
      <w:r w:rsidR="000D08C5">
        <w:rPr>
          <w:spacing w:val="-57"/>
        </w:rPr>
        <w:t xml:space="preserve"> </w:t>
      </w:r>
      <w:r w:rsidR="000D08C5">
        <w:t>повседневная практическая деятельность. Каждому человеку в своей жизни приходится выполнять</w:t>
      </w:r>
      <w:r w:rsidR="000D08C5">
        <w:rPr>
          <w:spacing w:val="1"/>
        </w:rPr>
        <w:t xml:space="preserve"> </w:t>
      </w:r>
      <w:r w:rsidR="000D08C5">
        <w:t>расчёты и составлять алгоритмы, находить и применять формулы, владеть практическими приёмами</w:t>
      </w:r>
      <w:r w:rsidR="000D08C5">
        <w:rPr>
          <w:spacing w:val="1"/>
        </w:rPr>
        <w:t xml:space="preserve"> </w:t>
      </w:r>
      <w:r w:rsidR="000D08C5">
        <w:t>геометрических</w:t>
      </w:r>
      <w:r w:rsidR="000D08C5">
        <w:rPr>
          <w:spacing w:val="1"/>
        </w:rPr>
        <w:t xml:space="preserve"> </w:t>
      </w:r>
      <w:r w:rsidR="000D08C5">
        <w:t>измерений</w:t>
      </w:r>
      <w:r w:rsidR="000D08C5">
        <w:rPr>
          <w:spacing w:val="1"/>
        </w:rPr>
        <w:t xml:space="preserve"> </w:t>
      </w:r>
      <w:r w:rsidR="000D08C5">
        <w:t>и</w:t>
      </w:r>
      <w:r w:rsidR="000D08C5">
        <w:rPr>
          <w:spacing w:val="1"/>
        </w:rPr>
        <w:t xml:space="preserve"> </w:t>
      </w:r>
      <w:r w:rsidR="000D08C5">
        <w:t>построений,</w:t>
      </w:r>
      <w:r w:rsidR="000D08C5">
        <w:rPr>
          <w:spacing w:val="1"/>
        </w:rPr>
        <w:t xml:space="preserve"> </w:t>
      </w:r>
      <w:r w:rsidR="000D08C5">
        <w:t>читать</w:t>
      </w:r>
      <w:r w:rsidR="000D08C5">
        <w:rPr>
          <w:spacing w:val="1"/>
        </w:rPr>
        <w:t xml:space="preserve"> </w:t>
      </w:r>
      <w:r w:rsidR="000D08C5">
        <w:t>информацию,</w:t>
      </w:r>
      <w:r w:rsidR="000D08C5">
        <w:rPr>
          <w:spacing w:val="1"/>
        </w:rPr>
        <w:t xml:space="preserve"> </w:t>
      </w:r>
      <w:r w:rsidR="000D08C5">
        <w:t>представленную</w:t>
      </w:r>
      <w:r w:rsidR="000D08C5">
        <w:rPr>
          <w:spacing w:val="1"/>
        </w:rPr>
        <w:t xml:space="preserve"> </w:t>
      </w:r>
      <w:r w:rsidR="000D08C5">
        <w:t>в</w:t>
      </w:r>
      <w:r w:rsidR="000D08C5">
        <w:rPr>
          <w:spacing w:val="1"/>
        </w:rPr>
        <w:t xml:space="preserve"> </w:t>
      </w:r>
      <w:r w:rsidR="000D08C5">
        <w:t>виде</w:t>
      </w:r>
      <w:r w:rsidR="000D08C5">
        <w:rPr>
          <w:spacing w:val="1"/>
        </w:rPr>
        <w:t xml:space="preserve"> </w:t>
      </w:r>
      <w:r w:rsidR="000D08C5">
        <w:t>таблиц,</w:t>
      </w:r>
      <w:r w:rsidR="000D08C5">
        <w:rPr>
          <w:spacing w:val="1"/>
        </w:rPr>
        <w:t xml:space="preserve"> </w:t>
      </w:r>
      <w:r w:rsidR="000D08C5">
        <w:t>диаграмм</w:t>
      </w:r>
      <w:r w:rsidR="000D08C5">
        <w:rPr>
          <w:spacing w:val="1"/>
        </w:rPr>
        <w:t xml:space="preserve"> </w:t>
      </w:r>
      <w:r w:rsidR="000D08C5">
        <w:t>и</w:t>
      </w:r>
      <w:r w:rsidR="000D08C5">
        <w:rPr>
          <w:spacing w:val="1"/>
        </w:rPr>
        <w:t xml:space="preserve"> </w:t>
      </w:r>
      <w:r w:rsidR="000D08C5">
        <w:t>графиков,</w:t>
      </w:r>
      <w:r w:rsidR="000D08C5">
        <w:rPr>
          <w:spacing w:val="1"/>
        </w:rPr>
        <w:t xml:space="preserve"> </w:t>
      </w:r>
      <w:r w:rsidR="000D08C5">
        <w:t>жить</w:t>
      </w:r>
      <w:r w:rsidR="000D08C5">
        <w:rPr>
          <w:spacing w:val="1"/>
        </w:rPr>
        <w:t xml:space="preserve"> </w:t>
      </w:r>
      <w:r w:rsidR="000D08C5">
        <w:t>в</w:t>
      </w:r>
      <w:r w:rsidR="000D08C5">
        <w:rPr>
          <w:spacing w:val="1"/>
        </w:rPr>
        <w:t xml:space="preserve"> </w:t>
      </w:r>
      <w:r w:rsidR="000D08C5">
        <w:t>условиях</w:t>
      </w:r>
      <w:r w:rsidR="000D08C5">
        <w:rPr>
          <w:spacing w:val="1"/>
        </w:rPr>
        <w:t xml:space="preserve"> </w:t>
      </w:r>
      <w:r w:rsidR="000D08C5">
        <w:t>неопределённости</w:t>
      </w:r>
      <w:r w:rsidR="000D08C5">
        <w:rPr>
          <w:spacing w:val="1"/>
        </w:rPr>
        <w:t xml:space="preserve"> </w:t>
      </w:r>
      <w:r w:rsidR="000D08C5">
        <w:t>и</w:t>
      </w:r>
      <w:r w:rsidR="000D08C5">
        <w:rPr>
          <w:spacing w:val="1"/>
        </w:rPr>
        <w:t xml:space="preserve"> </w:t>
      </w:r>
      <w:r w:rsidR="000D08C5">
        <w:t>понимать</w:t>
      </w:r>
      <w:r w:rsidR="000D08C5">
        <w:rPr>
          <w:spacing w:val="1"/>
        </w:rPr>
        <w:t xml:space="preserve"> </w:t>
      </w:r>
      <w:r w:rsidR="000D08C5">
        <w:t>вероятностный</w:t>
      </w:r>
      <w:r w:rsidR="000D08C5">
        <w:rPr>
          <w:spacing w:val="1"/>
        </w:rPr>
        <w:t xml:space="preserve"> </w:t>
      </w:r>
      <w:r w:rsidR="000D08C5">
        <w:t>характер</w:t>
      </w:r>
      <w:r w:rsidR="000D08C5">
        <w:rPr>
          <w:spacing w:val="1"/>
        </w:rPr>
        <w:t xml:space="preserve"> </w:t>
      </w:r>
      <w:r w:rsidR="000D08C5">
        <w:t>случайных событий.</w:t>
      </w:r>
    </w:p>
    <w:p w14:paraId="4930001D" w14:textId="4619F3D9" w:rsidR="000D08C5" w:rsidRDefault="000D08C5" w:rsidP="000D08C5">
      <w:pPr>
        <w:pStyle w:val="a5"/>
        <w:spacing w:before="1" w:line="360" w:lineRule="auto"/>
        <w:ind w:right="228"/>
        <w:sectPr w:rsidR="000D08C5">
          <w:pgSz w:w="11900" w:h="16860"/>
          <w:pgMar w:top="1280" w:right="560" w:bottom="280" w:left="560" w:header="720" w:footer="720" w:gutter="0"/>
          <w:cols w:space="720"/>
        </w:sectPr>
      </w:pPr>
      <w:r>
        <w:t>Одновременно с расширением сфер применения матем</w:t>
      </w:r>
      <w:r w:rsidR="00FB584B">
        <w:t>атики в современном обществе 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B584B">
        <w:t>определё</w:t>
      </w:r>
      <w:r>
        <w:t>нных</w:t>
      </w:r>
      <w:r>
        <w:rPr>
          <w:spacing w:val="1"/>
        </w:rPr>
        <w:t xml:space="preserve"> </w:t>
      </w:r>
      <w:r>
        <w:t>умственных навыках. В процессе из</w:t>
      </w:r>
      <w:r w:rsidR="00FB584B">
        <w:t>учения математики в арсенал приё</w:t>
      </w:r>
      <w:r>
        <w:t>мов и методов мышления</w:t>
      </w:r>
      <w:r>
        <w:rPr>
          <w:spacing w:val="1"/>
        </w:rPr>
        <w:t xml:space="preserve"> </w:t>
      </w:r>
      <w:r>
        <w:t>человека естественным образом включаются индукция и дедукция, обобщение и 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-57"/>
        </w:rPr>
        <w:t xml:space="preserve"> </w:t>
      </w:r>
      <w:r>
        <w:t>построений, способствуют выработке умения формулировать, обосновывать и доказывать 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</w:p>
    <w:p w14:paraId="33BAE3FA" w14:textId="6A3EAE58" w:rsidR="003A176F" w:rsidRDefault="00DB75FB">
      <w:pPr>
        <w:pStyle w:val="a5"/>
        <w:spacing w:line="360" w:lineRule="auto"/>
        <w:ind w:right="221"/>
      </w:pPr>
      <w:r>
        <w:lastRenderedPageBreak/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алгоритмам, совершенствовать известные и конструировать новые. В процессе решения</w:t>
      </w:r>
      <w:r>
        <w:rPr>
          <w:spacing w:val="1"/>
        </w:rPr>
        <w:t xml:space="preserve"> </w:t>
      </w:r>
      <w:r>
        <w:t>задач — основой учебной деятельности на уроках математики — развиваются также творческая и</w:t>
      </w:r>
      <w:r>
        <w:rPr>
          <w:spacing w:val="1"/>
        </w:rPr>
        <w:t xml:space="preserve"> </w:t>
      </w:r>
      <w:r>
        <w:t>прикладная стороны мышления.</w:t>
      </w:r>
    </w:p>
    <w:p w14:paraId="23C8C1D1" w14:textId="4368FD0D" w:rsidR="003A176F" w:rsidRDefault="00FB584B">
      <w:pPr>
        <w:pStyle w:val="a5"/>
        <w:spacing w:line="360" w:lineRule="auto"/>
        <w:ind w:right="233"/>
      </w:pPr>
      <w:r>
        <w:t>Обучение математике даё</w:t>
      </w:r>
      <w:r w:rsidR="00DB75FB">
        <w:t>т возможность развивать у обучающихся точную, рациональную и</w:t>
      </w:r>
      <w:r w:rsidR="00DB75FB">
        <w:rPr>
          <w:spacing w:val="1"/>
        </w:rPr>
        <w:t xml:space="preserve"> </w:t>
      </w:r>
      <w:r w:rsidR="00DB75FB">
        <w:t>информативную</w:t>
      </w:r>
      <w:r w:rsidR="00DB75FB">
        <w:rPr>
          <w:spacing w:val="1"/>
        </w:rPr>
        <w:t xml:space="preserve"> </w:t>
      </w:r>
      <w:r w:rsidR="00DB75FB">
        <w:t>речь,</w:t>
      </w:r>
      <w:r w:rsidR="00DB75FB">
        <w:rPr>
          <w:spacing w:val="1"/>
        </w:rPr>
        <w:t xml:space="preserve"> </w:t>
      </w:r>
      <w:r w:rsidR="00DB75FB">
        <w:t>умение</w:t>
      </w:r>
      <w:r w:rsidR="00DB75FB">
        <w:rPr>
          <w:spacing w:val="1"/>
        </w:rPr>
        <w:t xml:space="preserve"> </w:t>
      </w:r>
      <w:r w:rsidR="00DB75FB">
        <w:t>отбирать</w:t>
      </w:r>
      <w:r w:rsidR="00DB75FB">
        <w:rPr>
          <w:spacing w:val="1"/>
        </w:rPr>
        <w:t xml:space="preserve"> </w:t>
      </w:r>
      <w:r w:rsidR="00DB75FB">
        <w:t>наиболее</w:t>
      </w:r>
      <w:r w:rsidR="00DB75FB">
        <w:rPr>
          <w:spacing w:val="1"/>
        </w:rPr>
        <w:t xml:space="preserve"> </w:t>
      </w:r>
      <w:r w:rsidR="00DB75FB">
        <w:t>подходящие</w:t>
      </w:r>
      <w:r w:rsidR="00DB75FB">
        <w:rPr>
          <w:spacing w:val="1"/>
        </w:rPr>
        <w:t xml:space="preserve"> </w:t>
      </w:r>
      <w:r w:rsidR="00DB75FB">
        <w:t>языковые,</w:t>
      </w:r>
      <w:r w:rsidR="00DB75FB">
        <w:rPr>
          <w:spacing w:val="61"/>
        </w:rPr>
        <w:t xml:space="preserve"> </w:t>
      </w:r>
      <w:r w:rsidR="00DB75FB">
        <w:t>символические,</w:t>
      </w:r>
      <w:r w:rsidR="00DB75FB">
        <w:rPr>
          <w:spacing w:val="1"/>
        </w:rPr>
        <w:t xml:space="preserve"> </w:t>
      </w:r>
      <w:r w:rsidR="00DB75FB">
        <w:t>графические</w:t>
      </w:r>
      <w:r w:rsidR="00DB75FB">
        <w:rPr>
          <w:spacing w:val="-4"/>
        </w:rPr>
        <w:t xml:space="preserve"> </w:t>
      </w:r>
      <w:r w:rsidR="00DB75FB">
        <w:t>средства</w:t>
      </w:r>
      <w:r w:rsidR="00DB75FB">
        <w:rPr>
          <w:spacing w:val="-5"/>
        </w:rPr>
        <w:t xml:space="preserve"> </w:t>
      </w:r>
      <w:r w:rsidR="00DB75FB">
        <w:t>для выражения суждений и</w:t>
      </w:r>
      <w:r w:rsidR="00DB75FB">
        <w:rPr>
          <w:spacing w:val="-2"/>
        </w:rPr>
        <w:t xml:space="preserve"> </w:t>
      </w:r>
      <w:r w:rsidR="00DB75FB">
        <w:t>наглядного</w:t>
      </w:r>
      <w:r w:rsidR="00DB75FB">
        <w:rPr>
          <w:spacing w:val="-3"/>
        </w:rPr>
        <w:t xml:space="preserve"> </w:t>
      </w:r>
      <w:r w:rsidR="00DB75FB">
        <w:t>их</w:t>
      </w:r>
      <w:r w:rsidR="00DB75FB">
        <w:rPr>
          <w:spacing w:val="-1"/>
        </w:rPr>
        <w:t xml:space="preserve"> </w:t>
      </w:r>
      <w:r w:rsidR="00DB75FB">
        <w:t>представления.</w:t>
      </w:r>
    </w:p>
    <w:p w14:paraId="67C03A27" w14:textId="77777777" w:rsidR="003A176F" w:rsidRDefault="00DB75FB">
      <w:pPr>
        <w:pStyle w:val="a5"/>
        <w:spacing w:before="1" w:line="360" w:lineRule="auto"/>
        <w:ind w:right="233"/>
      </w:pP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математики, их отличий от методов других естественных и гуманитарных наук, об особенностях</w:t>
      </w:r>
      <w:r>
        <w:rPr>
          <w:spacing w:val="1"/>
        </w:rPr>
        <w:t xml:space="preserve"> </w:t>
      </w:r>
      <w:r>
        <w:t>применения математики для решения научных и прикладных задач. Таким образом, 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вносит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</w:p>
    <w:p w14:paraId="5483D218" w14:textId="77777777" w:rsidR="003A176F" w:rsidRDefault="00DB75FB">
      <w:pPr>
        <w:pStyle w:val="a5"/>
        <w:spacing w:line="360" w:lineRule="auto"/>
        <w:ind w:right="237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1"/>
        </w:rPr>
        <w:t xml:space="preserve"> </w:t>
      </w:r>
      <w:r>
        <w:t>идеи симметрии.</w:t>
      </w:r>
    </w:p>
    <w:p w14:paraId="601FBA15" w14:textId="77777777" w:rsidR="003A176F" w:rsidRDefault="00DB75FB">
      <w:pPr>
        <w:pStyle w:val="1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14:paraId="3C32AFE4" w14:textId="77777777" w:rsidR="003A176F" w:rsidRDefault="00DB75FB">
      <w:pPr>
        <w:pStyle w:val="a5"/>
        <w:spacing w:before="132"/>
        <w:ind w:left="827" w:firstLine="0"/>
      </w:pPr>
      <w:r>
        <w:t>Приоритетными</w:t>
      </w:r>
      <w:r>
        <w:rPr>
          <w:spacing w:val="-8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5-6</w:t>
      </w:r>
      <w:r>
        <w:rPr>
          <w:spacing w:val="-6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являются:</w:t>
      </w:r>
    </w:p>
    <w:p w14:paraId="7F9285C1" w14:textId="77777777" w:rsidR="003A176F" w:rsidRDefault="00DB75FB">
      <w:pPr>
        <w:pStyle w:val="a7"/>
        <w:numPr>
          <w:ilvl w:val="0"/>
          <w:numId w:val="4"/>
        </w:numPr>
        <w:tabs>
          <w:tab w:val="left" w:pos="1409"/>
        </w:tabs>
        <w:spacing w:before="137" w:line="360" w:lineRule="auto"/>
        <w:ind w:right="231" w:firstLine="720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обучающихся;</w:t>
      </w:r>
    </w:p>
    <w:p w14:paraId="45BF0558" w14:textId="0983A0A0" w:rsidR="003A176F" w:rsidRPr="000D08C5" w:rsidRDefault="00DB75FB" w:rsidP="000D08C5">
      <w:pPr>
        <w:pStyle w:val="a7"/>
        <w:numPr>
          <w:ilvl w:val="0"/>
          <w:numId w:val="4"/>
        </w:numPr>
        <w:tabs>
          <w:tab w:val="left" w:pos="1294"/>
        </w:tabs>
        <w:spacing w:before="2" w:line="360" w:lineRule="auto"/>
        <w:ind w:right="236" w:firstLine="720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умений, 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 изучению математики;</w:t>
      </w:r>
    </w:p>
    <w:p w14:paraId="57794AA2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361"/>
        </w:tabs>
        <w:spacing w:before="76" w:line="360" w:lineRule="auto"/>
        <w:ind w:right="232" w:firstLine="720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633107DC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390"/>
        </w:tabs>
        <w:spacing w:line="360" w:lineRule="auto"/>
        <w:ind w:right="225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практической ситуации.</w:t>
      </w:r>
    </w:p>
    <w:p w14:paraId="57BBB771" w14:textId="5A0B3F51" w:rsidR="000D08C5" w:rsidRDefault="000D08C5" w:rsidP="000D08C5">
      <w:pPr>
        <w:pStyle w:val="a5"/>
        <w:spacing w:line="360" w:lineRule="auto"/>
        <w:ind w:right="223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геометрическая, которые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 алгебры</w:t>
      </w:r>
      <w:r>
        <w:rPr>
          <w:spacing w:val="5"/>
        </w:rPr>
        <w:t xml:space="preserve"> </w:t>
      </w:r>
      <w:r>
        <w:t>и описательной</w:t>
      </w:r>
      <w:r>
        <w:rPr>
          <w:spacing w:val="1"/>
        </w:rPr>
        <w:t xml:space="preserve"> </w:t>
      </w:r>
      <w:r>
        <w:t>статистики.</w:t>
      </w:r>
    </w:p>
    <w:p w14:paraId="556274D3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361"/>
        </w:tabs>
        <w:spacing w:before="76" w:line="360" w:lineRule="auto"/>
        <w:ind w:right="232" w:firstLine="720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3D289C91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390"/>
        </w:tabs>
        <w:spacing w:line="360" w:lineRule="auto"/>
        <w:ind w:right="225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практической ситуации.</w:t>
      </w:r>
    </w:p>
    <w:p w14:paraId="423A65DC" w14:textId="77777777" w:rsidR="000D08C5" w:rsidRDefault="000D08C5">
      <w:pPr>
        <w:spacing w:line="360" w:lineRule="auto"/>
        <w:jc w:val="both"/>
        <w:rPr>
          <w:sz w:val="24"/>
        </w:rPr>
        <w:sectPr w:rsidR="000D08C5">
          <w:pgSz w:w="11900" w:h="16860"/>
          <w:pgMar w:top="200" w:right="560" w:bottom="280" w:left="560" w:header="720" w:footer="720" w:gutter="0"/>
          <w:cols w:space="720"/>
        </w:sectPr>
      </w:pPr>
    </w:p>
    <w:p w14:paraId="0C81CBE1" w14:textId="77777777" w:rsidR="003A176F" w:rsidRDefault="00DB75FB">
      <w:pPr>
        <w:pStyle w:val="a5"/>
        <w:spacing w:line="360" w:lineRule="auto"/>
        <w:ind w:right="223"/>
      </w:pPr>
      <w:r>
        <w:lastRenderedPageBreak/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геометрическая, которые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 алгебры</w:t>
      </w:r>
      <w:r>
        <w:rPr>
          <w:spacing w:val="5"/>
        </w:rPr>
        <w:t xml:space="preserve"> </w:t>
      </w:r>
      <w:r>
        <w:t>и описательной</w:t>
      </w:r>
      <w:r>
        <w:rPr>
          <w:spacing w:val="1"/>
        </w:rPr>
        <w:t xml:space="preserve"> </w:t>
      </w:r>
      <w:r>
        <w:t>статистики.</w:t>
      </w:r>
    </w:p>
    <w:p w14:paraId="6A773A65" w14:textId="498CF57C" w:rsidR="003A176F" w:rsidRDefault="00DB75FB">
      <w:pPr>
        <w:pStyle w:val="a5"/>
        <w:spacing w:line="360" w:lineRule="auto"/>
        <w:ind w:right="230"/>
      </w:pPr>
      <w:r>
        <w:t>Изучение арифметического материала начинается со систематизации и развития знаний о</w:t>
      </w:r>
      <w:r>
        <w:rPr>
          <w:spacing w:val="1"/>
        </w:rPr>
        <w:t xml:space="preserve"> </w:t>
      </w:r>
      <w:r>
        <w:t>натуральных числах, полученных в начальной школе. При этом совершенствование 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 w:rsidR="00FB584B">
        <w:t>приё</w:t>
      </w:r>
      <w:r>
        <w:t>мам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вычислений.</w:t>
      </w:r>
    </w:p>
    <w:p w14:paraId="7B0835B7" w14:textId="4BDF4ACD" w:rsidR="003A176F" w:rsidRDefault="00DB75FB">
      <w:pPr>
        <w:pStyle w:val="a5"/>
        <w:spacing w:before="1" w:line="360" w:lineRule="auto"/>
        <w:ind w:right="221"/>
      </w:pPr>
      <w:r>
        <w:t>Другой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 w:rsidR="00FB584B">
        <w:t>объё</w:t>
      </w:r>
      <w:r>
        <w:t>ме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обучающимися прикладного применения новой записи при изучении других предметов 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использовании.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 w:rsidR="00FB584B">
        <w:t>отнесё</w:t>
      </w:r>
      <w:r>
        <w:t>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6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 алгоритмов, оттачивание техники вычислений, в том числе значений выражений,</w:t>
      </w:r>
      <w:r>
        <w:rPr>
          <w:spacing w:val="1"/>
        </w:rPr>
        <w:t xml:space="preserve"> </w:t>
      </w:r>
      <w:r>
        <w:t>содержащих и обыкновенные, и десятичные дроби, установление связей между ними, рассмотрение</w:t>
      </w:r>
      <w:r>
        <w:rPr>
          <w:spacing w:val="1"/>
        </w:rPr>
        <w:t xml:space="preserve"> </w:t>
      </w:r>
      <w:r w:rsidR="00FB584B">
        <w:t>приё</w:t>
      </w:r>
      <w:r>
        <w:t>мов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дроби.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 понятием</w:t>
      </w:r>
      <w:r>
        <w:rPr>
          <w:spacing w:val="-5"/>
        </w:rPr>
        <w:t xml:space="preserve"> </w:t>
      </w:r>
      <w:r>
        <w:t>процента.</w:t>
      </w:r>
    </w:p>
    <w:p w14:paraId="0501A572" w14:textId="77777777" w:rsidR="003A176F" w:rsidRDefault="00DB75FB">
      <w:pPr>
        <w:pStyle w:val="a5"/>
        <w:spacing w:line="360" w:lineRule="auto"/>
        <w:ind w:right="243" w:firstLine="1440"/>
      </w:pPr>
      <w:r>
        <w:t>Особенностью изучения положительных и отрицательных чисел является то, что они</w:t>
      </w:r>
      <w:r>
        <w:rPr>
          <w:spacing w:val="1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рассматриваться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несколько</w:t>
      </w:r>
      <w:r>
        <w:rPr>
          <w:spacing w:val="21"/>
        </w:rPr>
        <w:t xml:space="preserve"> </w:t>
      </w:r>
      <w:r>
        <w:t>этапов.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начале</w:t>
      </w:r>
      <w:r>
        <w:rPr>
          <w:spacing w:val="20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темы</w:t>
      </w:r>
    </w:p>
    <w:p w14:paraId="2B34B28C" w14:textId="77777777" w:rsidR="003A176F" w:rsidRDefault="00DB75FB">
      <w:pPr>
        <w:pStyle w:val="a5"/>
        <w:tabs>
          <w:tab w:val="left" w:pos="10441"/>
        </w:tabs>
        <w:spacing w:before="2" w:line="360" w:lineRule="auto"/>
        <w:ind w:right="229" w:firstLine="0"/>
      </w:pPr>
      <w:r>
        <w:t xml:space="preserve">«Положительные и отрицательные числа» выделяется </w:t>
      </w:r>
      <w:proofErr w:type="spellStart"/>
      <w:r>
        <w:t>подтема</w:t>
      </w:r>
      <w:proofErr w:type="spellEnd"/>
      <w:r>
        <w:t xml:space="preserve"> «Целые числа», в рамках которой</w:t>
      </w:r>
      <w:r>
        <w:rPr>
          <w:spacing w:val="1"/>
        </w:rPr>
        <w:t xml:space="preserve"> </w:t>
      </w:r>
      <w:r>
        <w:t>знакомство</w:t>
      </w:r>
      <w:r>
        <w:tab/>
      </w:r>
      <w:r>
        <w:rPr>
          <w:spacing w:val="-4"/>
        </w:rPr>
        <w:t>с</w:t>
      </w:r>
    </w:p>
    <w:p w14:paraId="1D9F4B9B" w14:textId="72EE806D" w:rsidR="003A176F" w:rsidRDefault="00DB75FB" w:rsidP="000D08C5">
      <w:pPr>
        <w:pStyle w:val="a5"/>
        <w:spacing w:before="1" w:line="360" w:lineRule="auto"/>
        <w:ind w:right="231" w:firstLine="0"/>
      </w:pPr>
      <w:r>
        <w:t>отрицательными числами и действиями с положительными и отрицательными числами происходит</w:t>
      </w:r>
      <w:r>
        <w:rPr>
          <w:spacing w:val="1"/>
        </w:rPr>
        <w:t xml:space="preserve"> </w:t>
      </w:r>
      <w:r>
        <w:t>на основе содержательного подхода. Это позволяет на доступном уровне познакомить учащихся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6"/>
        </w:rPr>
        <w:t xml:space="preserve"> </w:t>
      </w:r>
      <w:r>
        <w:t>действий.</w:t>
      </w:r>
    </w:p>
    <w:p w14:paraId="29610A44" w14:textId="794A8999" w:rsidR="000D08C5" w:rsidRDefault="000D08C5">
      <w:pPr>
        <w:spacing w:line="360" w:lineRule="auto"/>
        <w:sectPr w:rsidR="000D08C5">
          <w:pgSz w:w="11900" w:h="16860"/>
          <w:pgMar w:top="200" w:right="560" w:bottom="280" w:left="560" w:header="720" w:footer="720" w:gutter="0"/>
          <w:cols w:space="720"/>
        </w:sectPr>
      </w:pPr>
      <w:r>
        <w:t xml:space="preserve">               При обучении решению текстовых задач в 5-6 классах </w:t>
      </w:r>
      <w:r w:rsidR="00FB584B">
        <w:t>используются арифметические приё</w:t>
      </w:r>
      <w:r>
        <w:t>мы</w:t>
      </w:r>
      <w:r w:rsidR="00FB584B">
        <w:t xml:space="preserve"> </w:t>
      </w:r>
      <w:r>
        <w:rPr>
          <w:spacing w:val="-57"/>
        </w:rPr>
        <w:t xml:space="preserve">   </w:t>
      </w:r>
      <w:r>
        <w:t>решения.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рассматриваются задачи следующих видов: задачи на движение, на части, на покупки, на работу и</w:t>
      </w:r>
      <w:r>
        <w:rPr>
          <w:spacing w:val="1"/>
        </w:rPr>
        <w:t xml:space="preserve"> </w:t>
      </w:r>
      <w:r>
        <w:t>производительность, на проценты, на отношения и пропорции. Кроме того, обучающиеся знакомятся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 w:rsidR="00FB584B">
        <w:t>приё</w:t>
      </w:r>
      <w:r>
        <w:t>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таблиц или диаграмм.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 xml:space="preserve">вводится постепенно. </w:t>
      </w:r>
    </w:p>
    <w:p w14:paraId="22185BAE" w14:textId="57D0277C" w:rsidR="003A176F" w:rsidRDefault="00DB75FB">
      <w:pPr>
        <w:pStyle w:val="a5"/>
        <w:spacing w:line="360" w:lineRule="auto"/>
        <w:ind w:right="229"/>
      </w:pPr>
      <w:r>
        <w:lastRenderedPageBreak/>
        <w:t>Буквенная символика широко используется прежде всего для записи общих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5"/>
        </w:rPr>
        <w:t xml:space="preserve"> </w:t>
      </w:r>
      <w:r>
        <w:t>«заместителя»</w:t>
      </w:r>
      <w:r>
        <w:rPr>
          <w:spacing w:val="-6"/>
        </w:rPr>
        <w:t xml:space="preserve"> </w:t>
      </w:r>
      <w:r>
        <w:t>числа.</w:t>
      </w:r>
    </w:p>
    <w:p w14:paraId="1B81E042" w14:textId="77777777" w:rsidR="003A176F" w:rsidRDefault="00DB75FB">
      <w:pPr>
        <w:pStyle w:val="a5"/>
        <w:spacing w:before="2" w:line="360" w:lineRule="auto"/>
        <w:ind w:right="222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«Математики»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важный этап в изучении геометрии, который осуществляется на наглядно-практическом уровне,</w:t>
      </w:r>
      <w:r>
        <w:rPr>
          <w:spacing w:val="1"/>
        </w:rPr>
        <w:t xml:space="preserve"> </w:t>
      </w:r>
      <w:r>
        <w:t>опирается на наглядно-образное мышление обучающихся. Большая роль отводится практической</w:t>
      </w:r>
      <w:r>
        <w:rPr>
          <w:spacing w:val="1"/>
        </w:rPr>
        <w:t xml:space="preserve"> </w:t>
      </w:r>
      <w:r>
        <w:t>деятельности, опыту, эксперименту, моделированию. Обучающиеся знакомятся с геометрическими</w:t>
      </w:r>
      <w:r>
        <w:rPr>
          <w:spacing w:val="1"/>
        </w:rPr>
        <w:t xml:space="preserve"> </w:t>
      </w:r>
      <w:r>
        <w:t>фигурами на плоскости и в пространстве, с их простейшими конфигурациями, учатся изображать их</w:t>
      </w:r>
      <w:r>
        <w:rPr>
          <w:spacing w:val="1"/>
        </w:rPr>
        <w:t xml:space="preserve"> </w:t>
      </w:r>
      <w:r>
        <w:t>на 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14:paraId="6084F760" w14:textId="77777777" w:rsidR="003A176F" w:rsidRDefault="00DB75FB">
      <w:pPr>
        <w:pStyle w:val="1"/>
        <w:spacing w:before="7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14:paraId="68130EF1" w14:textId="77777777" w:rsidR="003A176F" w:rsidRDefault="00DB75FB">
      <w:pPr>
        <w:pStyle w:val="a5"/>
        <w:spacing w:before="128" w:line="360" w:lineRule="auto"/>
        <w:ind w:right="224"/>
      </w:pPr>
      <w:r>
        <w:t>Согласно</w:t>
      </w:r>
      <w:r>
        <w:rPr>
          <w:spacing w:val="1"/>
        </w:rPr>
        <w:t xml:space="preserve"> </w:t>
      </w:r>
      <w:r>
        <w:t>учебному плану 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 изучается интегрированный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который включает арифметический материал и наглядную геометрию, а также пропедевтические</w:t>
      </w:r>
      <w:r>
        <w:rPr>
          <w:spacing w:val="1"/>
        </w:rPr>
        <w:t xml:space="preserve"> </w:t>
      </w:r>
      <w:r>
        <w:t>сведения из алгебры. Учебный план на изучение математики в 5 классе отводит не менее 5 учебных</w:t>
      </w:r>
      <w:r>
        <w:rPr>
          <w:spacing w:val="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неделю, в</w:t>
      </w:r>
      <w:r>
        <w:rPr>
          <w:spacing w:val="-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каждого года</w:t>
      </w:r>
      <w:r>
        <w:rPr>
          <w:spacing w:val="-4"/>
        </w:rPr>
        <w:t xml:space="preserve"> </w:t>
      </w:r>
      <w:r>
        <w:t>обучения, всего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340</w:t>
      </w:r>
      <w:r>
        <w:rPr>
          <w:spacing w:val="6"/>
        </w:rPr>
        <w:t xml:space="preserve"> </w:t>
      </w:r>
      <w:r>
        <w:t>учебных часов.</w:t>
      </w:r>
    </w:p>
    <w:p w14:paraId="3E311110" w14:textId="77777777" w:rsidR="003A176F" w:rsidRDefault="00DB75FB">
      <w:pPr>
        <w:pStyle w:val="1"/>
        <w:spacing w:before="12"/>
        <w:jc w:val="left"/>
      </w:pPr>
      <w:r>
        <w:t>УЧЕТ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УРОКОВ</w:t>
      </w:r>
    </w:p>
    <w:p w14:paraId="7B6860A9" w14:textId="77777777" w:rsidR="003A176F" w:rsidRDefault="00DB75FB">
      <w:pPr>
        <w:pStyle w:val="a5"/>
        <w:spacing w:before="130" w:line="360" w:lineRule="auto"/>
        <w:ind w:right="233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предполагает:</w:t>
      </w:r>
    </w:p>
    <w:p w14:paraId="6E512908" w14:textId="77777777" w:rsidR="003A176F" w:rsidRDefault="00DB75FB">
      <w:pPr>
        <w:pStyle w:val="a7"/>
        <w:numPr>
          <w:ilvl w:val="0"/>
          <w:numId w:val="3"/>
        </w:numPr>
        <w:tabs>
          <w:tab w:val="left" w:pos="1155"/>
        </w:tabs>
        <w:spacing w:line="360" w:lineRule="auto"/>
        <w:ind w:right="235" w:firstLine="72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3A9FF8A4" w14:textId="77777777" w:rsidR="003A176F" w:rsidRDefault="00DB75FB">
      <w:pPr>
        <w:pStyle w:val="a7"/>
        <w:numPr>
          <w:ilvl w:val="0"/>
          <w:numId w:val="3"/>
        </w:numPr>
        <w:tabs>
          <w:tab w:val="left" w:pos="1183"/>
        </w:tabs>
        <w:spacing w:line="360" w:lineRule="auto"/>
        <w:ind w:right="224" w:firstLine="72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дисциплины).</w:t>
      </w:r>
    </w:p>
    <w:p w14:paraId="2612723D" w14:textId="77777777" w:rsidR="003A176F" w:rsidRDefault="00DB75FB">
      <w:pPr>
        <w:pStyle w:val="a7"/>
        <w:numPr>
          <w:ilvl w:val="0"/>
          <w:numId w:val="3"/>
        </w:numPr>
        <w:tabs>
          <w:tab w:val="left" w:pos="1241"/>
        </w:tabs>
        <w:spacing w:before="1" w:line="360" w:lineRule="auto"/>
        <w:ind w:right="231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места).</w:t>
      </w:r>
    </w:p>
    <w:p w14:paraId="12F4ACF6" w14:textId="767CD22A" w:rsidR="000D08C5" w:rsidRPr="000D08C5" w:rsidRDefault="000D08C5" w:rsidP="000D08C5">
      <w:pPr>
        <w:pStyle w:val="a7"/>
        <w:numPr>
          <w:ilvl w:val="0"/>
          <w:numId w:val="3"/>
        </w:numPr>
        <w:tabs>
          <w:tab w:val="left" w:pos="1104"/>
        </w:tabs>
        <w:spacing w:before="76" w:line="360" w:lineRule="auto"/>
        <w:ind w:left="142" w:right="239" w:firstLine="709"/>
        <w:rPr>
          <w:sz w:val="24"/>
        </w:rPr>
      </w:pPr>
      <w:r w:rsidRPr="000D08C5">
        <w:rPr>
          <w:sz w:val="24"/>
        </w:rPr>
        <w:t>Воспитание культуры общения (организация общения на уроке, формирования учителем</w:t>
      </w:r>
      <w:r w:rsidRPr="000D08C5">
        <w:rPr>
          <w:spacing w:val="1"/>
          <w:sz w:val="24"/>
        </w:rPr>
        <w:t xml:space="preserve"> </w:t>
      </w:r>
      <w:r w:rsidRPr="000D08C5">
        <w:rPr>
          <w:sz w:val="24"/>
        </w:rPr>
        <w:t>умений</w:t>
      </w:r>
      <w:r w:rsidRPr="000D08C5">
        <w:rPr>
          <w:spacing w:val="1"/>
          <w:sz w:val="24"/>
        </w:rPr>
        <w:t xml:space="preserve"> </w:t>
      </w:r>
      <w:r w:rsidRPr="000D08C5">
        <w:rPr>
          <w:sz w:val="24"/>
        </w:rPr>
        <w:t>слушать, высказывать</w:t>
      </w:r>
      <w:r w:rsidRPr="000D08C5">
        <w:rPr>
          <w:spacing w:val="-1"/>
          <w:sz w:val="24"/>
        </w:rPr>
        <w:t xml:space="preserve"> </w:t>
      </w:r>
      <w:r w:rsidRPr="000D08C5">
        <w:rPr>
          <w:sz w:val="24"/>
        </w:rPr>
        <w:t>и</w:t>
      </w:r>
      <w:r w:rsidRPr="000D08C5">
        <w:rPr>
          <w:spacing w:val="3"/>
          <w:sz w:val="24"/>
        </w:rPr>
        <w:t xml:space="preserve"> </w:t>
      </w:r>
      <w:r w:rsidR="00FB584B">
        <w:rPr>
          <w:sz w:val="24"/>
        </w:rPr>
        <w:t>аргументировать своё</w:t>
      </w:r>
      <w:r w:rsidRPr="000D08C5">
        <w:rPr>
          <w:spacing w:val="-3"/>
          <w:sz w:val="24"/>
        </w:rPr>
        <w:t xml:space="preserve"> </w:t>
      </w:r>
      <w:r w:rsidRPr="000D08C5">
        <w:rPr>
          <w:sz w:val="24"/>
        </w:rPr>
        <w:t>мнение).</w:t>
      </w:r>
    </w:p>
    <w:p w14:paraId="4F9C07F9" w14:textId="77777777" w:rsidR="000D08C5" w:rsidRDefault="000D08C5" w:rsidP="000D08C5">
      <w:pPr>
        <w:pStyle w:val="a7"/>
        <w:numPr>
          <w:ilvl w:val="0"/>
          <w:numId w:val="3"/>
        </w:numPr>
        <w:tabs>
          <w:tab w:val="left" w:pos="1186"/>
        </w:tabs>
        <w:spacing w:line="360" w:lineRule="auto"/>
        <w:ind w:right="236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(комментирование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с учащимися, коллективное оценивание, взаимопроверка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учащимися).</w:t>
      </w:r>
    </w:p>
    <w:p w14:paraId="2FEAB48C" w14:textId="77777777" w:rsidR="000D08C5" w:rsidRDefault="000D08C5" w:rsidP="000D08C5">
      <w:pPr>
        <w:pStyle w:val="a7"/>
        <w:numPr>
          <w:ilvl w:val="0"/>
          <w:numId w:val="3"/>
        </w:numPr>
        <w:tabs>
          <w:tab w:val="left" w:pos="1071"/>
        </w:tabs>
        <w:spacing w:before="2" w:line="360" w:lineRule="auto"/>
        <w:ind w:right="233" w:firstLine="720"/>
        <w:rPr>
          <w:sz w:val="24"/>
        </w:rPr>
      </w:pPr>
      <w:r>
        <w:rPr>
          <w:sz w:val="24"/>
        </w:rPr>
        <w:t>Воспитание гуманности (характер отношений «учитель – ученик», регулирование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учащимися).</w:t>
      </w:r>
    </w:p>
    <w:p w14:paraId="45429DDD" w14:textId="2118FED0" w:rsidR="000D08C5" w:rsidRDefault="000D08C5">
      <w:pPr>
        <w:spacing w:line="360" w:lineRule="auto"/>
        <w:jc w:val="both"/>
        <w:rPr>
          <w:sz w:val="24"/>
        </w:rPr>
        <w:sectPr w:rsidR="000D08C5">
          <w:pgSz w:w="11900" w:h="16860"/>
          <w:pgMar w:top="200" w:right="560" w:bottom="280" w:left="560" w:header="720" w:footer="720" w:gutter="0"/>
          <w:cols w:space="720"/>
        </w:sectPr>
      </w:pPr>
      <w:r>
        <w:rPr>
          <w:sz w:val="24"/>
        </w:rPr>
        <w:t xml:space="preserve">           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 абстрактного мышления.</w:t>
      </w:r>
    </w:p>
    <w:p w14:paraId="29F32504" w14:textId="2AF36FDA" w:rsidR="003A176F" w:rsidRDefault="00DB75FB">
      <w:pPr>
        <w:pStyle w:val="a5"/>
        <w:spacing w:line="360" w:lineRule="auto"/>
        <w:ind w:right="224"/>
      </w:pPr>
      <w:r>
        <w:lastRenderedPageBreak/>
        <w:t>С точки зрения воспитания творческой личности особенно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сформулированы в стандартных правилах, формулах и алгоритмах действий, вошли эвристические</w:t>
      </w:r>
      <w:r>
        <w:rPr>
          <w:spacing w:val="1"/>
        </w:rPr>
        <w:t xml:space="preserve"> </w:t>
      </w:r>
      <w:r w:rsidR="00FB584B">
        <w:t>приё</w:t>
      </w:r>
      <w:r>
        <w:t>мы как общего, так и</w:t>
      </w:r>
      <w:r w:rsidR="00FB584B">
        <w:t xml:space="preserve"> конкретного характера. Эти приё</w:t>
      </w:r>
      <w:r>
        <w:t>мы, в частности, формируются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решения задач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сложности. В процессе изучения 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 и</w:t>
      </w:r>
      <w:r>
        <w:rPr>
          <w:spacing w:val="60"/>
        </w:rPr>
        <w:t xml:space="preserve"> </w:t>
      </w:r>
      <w:r>
        <w:t>такие качества мышления, как сила и гибкость, конструктивность и критичность.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важным</w:t>
      </w:r>
      <w:r>
        <w:rPr>
          <w:spacing w:val="61"/>
        </w:rPr>
        <w:t xml:space="preserve"> </w:t>
      </w:r>
      <w:r>
        <w:t>фактором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индукцию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дедукцию,</w:t>
      </w:r>
      <w:r>
        <w:rPr>
          <w:spacing w:val="1"/>
        </w:rPr>
        <w:t xml:space="preserve"> </w:t>
      </w:r>
      <w:r>
        <w:t>обобщение и конкретизацию, анализ и синтез, классификацию и систематизацию, абстрагирование и</w:t>
      </w:r>
      <w:r>
        <w:rPr>
          <w:spacing w:val="-57"/>
        </w:rPr>
        <w:t xml:space="preserve"> </w:t>
      </w:r>
      <w:r>
        <w:t>аналогию.</w:t>
      </w:r>
    </w:p>
    <w:p w14:paraId="6FDFD84D" w14:textId="77777777" w:rsidR="003A176F" w:rsidRDefault="00DB75FB">
      <w:pPr>
        <w:pStyle w:val="1"/>
        <w:spacing w:before="7"/>
      </w:pP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5"/>
        </w:rPr>
        <w:t>уроках</w:t>
      </w:r>
      <w:r>
        <w:rPr>
          <w:spacing w:val="-11"/>
        </w:rPr>
        <w:t xml:space="preserve"> </w:t>
      </w:r>
      <w:r>
        <w:rPr>
          <w:spacing w:val="-5"/>
        </w:rPr>
        <w:t>математики</w:t>
      </w:r>
    </w:p>
    <w:p w14:paraId="7979F79B" w14:textId="77777777" w:rsidR="003A176F" w:rsidRDefault="00DB75FB">
      <w:pPr>
        <w:pStyle w:val="a5"/>
        <w:spacing w:before="127" w:line="360" w:lineRule="auto"/>
        <w:ind w:right="214"/>
      </w:pPr>
      <w:r>
        <w:rPr>
          <w:spacing w:val="-3"/>
        </w:rPr>
        <w:t xml:space="preserve">Использование воспитательных возможностей </w:t>
      </w:r>
      <w:r>
        <w:rPr>
          <w:spacing w:val="-2"/>
        </w:rPr>
        <w:t>содержания темы через подбор 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решения.</w:t>
      </w:r>
      <w:r>
        <w:rPr>
          <w:spacing w:val="-9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урок</w:t>
      </w:r>
      <w:r>
        <w:rPr>
          <w:spacing w:val="-7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поддержания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spacing w:val="-5"/>
        </w:rPr>
        <w:t>групповой</w:t>
      </w:r>
      <w:r>
        <w:rPr>
          <w:spacing w:val="-8"/>
        </w:rPr>
        <w:t xml:space="preserve"> </w:t>
      </w:r>
      <w:r>
        <w:rPr>
          <w:spacing w:val="-5"/>
        </w:rPr>
        <w:t>работы</w:t>
      </w:r>
      <w:r>
        <w:rPr>
          <w:spacing w:val="-15"/>
        </w:rPr>
        <w:t xml:space="preserve"> </w:t>
      </w:r>
      <w:r>
        <w:rPr>
          <w:spacing w:val="-4"/>
        </w:rPr>
        <w:t>или</w:t>
      </w:r>
      <w:r>
        <w:rPr>
          <w:spacing w:val="-11"/>
        </w:rPr>
        <w:t xml:space="preserve"> </w:t>
      </w:r>
      <w:r>
        <w:rPr>
          <w:spacing w:val="-4"/>
        </w:rPr>
        <w:t>работы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парах,</w:t>
      </w:r>
      <w:r>
        <w:rPr>
          <w:spacing w:val="-17"/>
        </w:rPr>
        <w:t xml:space="preserve"> </w:t>
      </w:r>
      <w:r>
        <w:rPr>
          <w:spacing w:val="-4"/>
        </w:rPr>
        <w:t>которые</w:t>
      </w:r>
      <w:r>
        <w:rPr>
          <w:spacing w:val="-12"/>
        </w:rPr>
        <w:t xml:space="preserve"> </w:t>
      </w:r>
      <w:r>
        <w:rPr>
          <w:spacing w:val="-4"/>
        </w:rPr>
        <w:t>учат</w:t>
      </w:r>
      <w:r>
        <w:rPr>
          <w:spacing w:val="-9"/>
        </w:rPr>
        <w:t xml:space="preserve"> </w:t>
      </w:r>
      <w:r>
        <w:rPr>
          <w:spacing w:val="-4"/>
        </w:rPr>
        <w:t>обучающихся</w:t>
      </w:r>
      <w:r>
        <w:rPr>
          <w:spacing w:val="-12"/>
        </w:rPr>
        <w:t xml:space="preserve"> </w:t>
      </w:r>
      <w:r>
        <w:rPr>
          <w:spacing w:val="-4"/>
        </w:rPr>
        <w:t>командной</w:t>
      </w:r>
      <w:r>
        <w:rPr>
          <w:spacing w:val="-8"/>
        </w:rPr>
        <w:t xml:space="preserve"> </w:t>
      </w:r>
      <w:r>
        <w:rPr>
          <w:spacing w:val="-4"/>
        </w:rPr>
        <w:t>работе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взаимодействию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обучающимися.</w:t>
      </w:r>
    </w:p>
    <w:p w14:paraId="571CFC67" w14:textId="77777777" w:rsidR="003A176F" w:rsidRDefault="00DB75FB">
      <w:pPr>
        <w:pStyle w:val="1"/>
        <w:spacing w:before="11" w:line="360" w:lineRule="auto"/>
        <w:ind w:right="3685"/>
      </w:pPr>
      <w:r>
        <w:t>СОДЕРЖАНИЕ УЧЕБНОГО КУРСА "МАТЕМАТИКА"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0E0BE871" w14:textId="77777777" w:rsidR="003A176F" w:rsidRDefault="00DB75FB">
      <w:pPr>
        <w:ind w:left="827"/>
        <w:jc w:val="both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нуль</w:t>
      </w:r>
    </w:p>
    <w:p w14:paraId="79E0F58A" w14:textId="19BB6719" w:rsidR="003A176F" w:rsidRDefault="00DB75FB">
      <w:pPr>
        <w:pStyle w:val="a5"/>
        <w:spacing w:before="132" w:line="360" w:lineRule="auto"/>
        <w:ind w:right="230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точками на координатной (числовой) прямой. Позиционная система счисления. Римская 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B584B">
        <w:t>нулё</w:t>
      </w:r>
      <w:r>
        <w:t>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 чисел. Сложение натуральных чисел; свойство нуля при сложении. Вычитание как</w:t>
      </w:r>
      <w:r>
        <w:rPr>
          <w:spacing w:val="1"/>
        </w:rPr>
        <w:t xml:space="preserve"> </w:t>
      </w:r>
      <w:r>
        <w:t>действие, обратное</w:t>
      </w:r>
      <w:r>
        <w:rPr>
          <w:spacing w:val="-1"/>
        </w:rPr>
        <w:t xml:space="preserve"> </w:t>
      </w:r>
      <w:r>
        <w:t>сложению.</w:t>
      </w:r>
    </w:p>
    <w:p w14:paraId="179829E7" w14:textId="77777777" w:rsidR="000D08C5" w:rsidRDefault="00DB75FB" w:rsidP="000D08C5">
      <w:pPr>
        <w:pStyle w:val="a5"/>
        <w:spacing w:before="1" w:line="360" w:lineRule="auto"/>
        <w:ind w:right="232"/>
      </w:pPr>
      <w:r>
        <w:t>Умножение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умножении.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52"/>
        </w:rPr>
        <w:t xml:space="preserve"> </w:t>
      </w:r>
      <w:r>
        <w:t>обратное</w:t>
      </w:r>
      <w:r>
        <w:rPr>
          <w:spacing w:val="54"/>
        </w:rPr>
        <w:t xml:space="preserve"> </w:t>
      </w:r>
      <w:r>
        <w:t>умножению.</w:t>
      </w:r>
      <w:r>
        <w:rPr>
          <w:spacing w:val="51"/>
        </w:rPr>
        <w:t xml:space="preserve"> </w:t>
      </w:r>
      <w:r>
        <w:t>Компоненты</w:t>
      </w:r>
      <w:r>
        <w:rPr>
          <w:spacing w:val="47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связь</w:t>
      </w:r>
      <w:r>
        <w:rPr>
          <w:spacing w:val="52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ними.</w:t>
      </w:r>
      <w:r>
        <w:rPr>
          <w:spacing w:val="52"/>
        </w:rPr>
        <w:t xml:space="preserve"> </w:t>
      </w:r>
      <w:r>
        <w:t>Проверка</w:t>
      </w:r>
      <w:r>
        <w:rPr>
          <w:spacing w:val="48"/>
        </w:rPr>
        <w:t xml:space="preserve"> </w:t>
      </w:r>
      <w:r>
        <w:t>результата</w:t>
      </w:r>
    </w:p>
    <w:p w14:paraId="04BA29E0" w14:textId="41E2A25F" w:rsidR="003A176F" w:rsidRDefault="000D08C5" w:rsidP="000D08C5">
      <w:pPr>
        <w:pStyle w:val="a5"/>
        <w:spacing w:before="76" w:line="360" w:lineRule="auto"/>
        <w:ind w:left="0" w:right="222" w:firstLine="0"/>
      </w:pPr>
      <w:r>
        <w:t xml:space="preserve"> 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>
        <w:rPr>
          <w:spacing w:val="1"/>
        </w:rPr>
        <w:t xml:space="preserve"> </w:t>
      </w:r>
      <w:r>
        <w:t>неизвестного компонента и записи свойств арифметических действий. Делители и кратные числа,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3,</w:t>
      </w:r>
      <w:r>
        <w:rPr>
          <w:spacing w:val="61"/>
        </w:rPr>
        <w:t xml:space="preserve"> </w:t>
      </w:r>
      <w:r>
        <w:t>9.</w:t>
      </w:r>
      <w:r>
        <w:rPr>
          <w:spacing w:val="-57"/>
        </w:rPr>
        <w:t xml:space="preserve"> </w:t>
      </w:r>
      <w:r>
        <w:t>Деление с остатком. Степень с натуральным показателем. Запись числа в виде суммы разрядных</w:t>
      </w:r>
      <w:r>
        <w:rPr>
          <w:spacing w:val="1"/>
        </w:rPr>
        <w:t xml:space="preserve"> </w:t>
      </w:r>
      <w:r>
        <w:t>слагаемых.</w:t>
      </w:r>
    </w:p>
    <w:p w14:paraId="57983D7A" w14:textId="77777777" w:rsidR="000D08C5" w:rsidRDefault="000D08C5" w:rsidP="000D08C5">
      <w:pPr>
        <w:pStyle w:val="a5"/>
        <w:spacing w:line="360" w:lineRule="auto"/>
        <w:jc w:val="left"/>
      </w:pPr>
      <w:r>
        <w:t>Числовое</w:t>
      </w:r>
      <w:r>
        <w:rPr>
          <w:spacing w:val="18"/>
        </w:rPr>
        <w:t xml:space="preserve"> </w:t>
      </w:r>
      <w:r>
        <w:t>выражение.</w:t>
      </w:r>
      <w:r>
        <w:rPr>
          <w:spacing w:val="23"/>
        </w:rPr>
        <w:t xml:space="preserve"> </w:t>
      </w:r>
      <w:r>
        <w:t>Вычисление</w:t>
      </w:r>
      <w:r>
        <w:rPr>
          <w:spacing w:val="20"/>
        </w:rPr>
        <w:t xml:space="preserve"> </w:t>
      </w:r>
      <w:r>
        <w:t>значений</w:t>
      </w:r>
      <w:r>
        <w:rPr>
          <w:spacing w:val="22"/>
        </w:rPr>
        <w:t xml:space="preserve"> </w:t>
      </w:r>
      <w:r>
        <w:t>числовых</w:t>
      </w:r>
      <w:r>
        <w:rPr>
          <w:spacing w:val="24"/>
        </w:rPr>
        <w:t xml:space="preserve"> </w:t>
      </w:r>
      <w:r>
        <w:t>выражений;</w:t>
      </w:r>
      <w:r>
        <w:rPr>
          <w:spacing w:val="22"/>
        </w:rPr>
        <w:t xml:space="preserve"> </w:t>
      </w:r>
      <w:r>
        <w:t>порядок</w:t>
      </w:r>
      <w:r>
        <w:rPr>
          <w:spacing w:val="23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действий.</w:t>
      </w:r>
    </w:p>
    <w:p w14:paraId="067B43BF" w14:textId="77777777" w:rsidR="000D08C5" w:rsidRDefault="000D08C5" w:rsidP="000D08C5">
      <w:pPr>
        <w:pStyle w:val="a5"/>
        <w:spacing w:line="360" w:lineRule="auto"/>
        <w:jc w:val="left"/>
      </w:pPr>
      <w:r>
        <w:t>Использование</w:t>
      </w:r>
      <w:r>
        <w:rPr>
          <w:spacing w:val="14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вычислениях</w:t>
      </w:r>
      <w:r>
        <w:rPr>
          <w:spacing w:val="17"/>
        </w:rPr>
        <w:t xml:space="preserve"> </w:t>
      </w:r>
      <w:r>
        <w:t>переместительного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сочетательного</w:t>
      </w:r>
      <w:r>
        <w:rPr>
          <w:spacing w:val="18"/>
        </w:rPr>
        <w:t xml:space="preserve"> </w:t>
      </w:r>
      <w:r>
        <w:t>свойств</w:t>
      </w:r>
      <w:r>
        <w:rPr>
          <w:spacing w:val="17"/>
        </w:rPr>
        <w:t xml:space="preserve"> </w:t>
      </w:r>
      <w:r>
        <w:t>(законов)</w:t>
      </w:r>
      <w:r>
        <w:rPr>
          <w:spacing w:val="-57"/>
        </w:rPr>
        <w:t xml:space="preserve"> </w:t>
      </w:r>
      <w:r>
        <w:t>сложения и</w:t>
      </w:r>
      <w:r>
        <w:rPr>
          <w:spacing w:val="5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</w:t>
      </w:r>
      <w:r>
        <w:rPr>
          <w:spacing w:val="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умножения.</w:t>
      </w:r>
    </w:p>
    <w:p w14:paraId="11507B56" w14:textId="77777777" w:rsidR="000D08C5" w:rsidRDefault="000D08C5" w:rsidP="000D08C5">
      <w:pPr>
        <w:pStyle w:val="a5"/>
        <w:spacing w:before="1" w:line="360" w:lineRule="auto"/>
        <w:ind w:right="232"/>
        <w:sectPr w:rsidR="000D08C5">
          <w:pgSz w:w="11900" w:h="16860"/>
          <w:pgMar w:top="200" w:right="560" w:bottom="280" w:left="560" w:header="720" w:footer="720" w:gutter="0"/>
          <w:cols w:space="720"/>
        </w:sectPr>
      </w:pPr>
    </w:p>
    <w:p w14:paraId="7108AD5F" w14:textId="77777777" w:rsidR="003A176F" w:rsidRDefault="00DB75FB">
      <w:pPr>
        <w:pStyle w:val="1"/>
        <w:jc w:val="left"/>
      </w:pPr>
      <w:r>
        <w:lastRenderedPageBreak/>
        <w:t>Дроби</w:t>
      </w:r>
    </w:p>
    <w:p w14:paraId="74F00BF8" w14:textId="77777777" w:rsidR="003A176F" w:rsidRDefault="00DB75FB">
      <w:pPr>
        <w:pStyle w:val="a5"/>
        <w:spacing w:before="130" w:line="360" w:lineRule="auto"/>
        <w:ind w:right="22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неправильной дроби и выделение целой части числа из неправильной дроби. Изображение дробей</w:t>
      </w:r>
      <w:r>
        <w:rPr>
          <w:spacing w:val="1"/>
        </w:rPr>
        <w:t xml:space="preserve"> </w:t>
      </w:r>
      <w:r>
        <w:t>точками на числовой прямой. Основное свойство дроби. Сокращение дробей. Приведение дроби к</w:t>
      </w:r>
      <w:r>
        <w:rPr>
          <w:spacing w:val="1"/>
        </w:rPr>
        <w:t xml:space="preserve"> </w:t>
      </w:r>
      <w:r>
        <w:t>новому знаменателю.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дробей;</w:t>
      </w:r>
      <w:r>
        <w:rPr>
          <w:spacing w:val="1"/>
        </w:rPr>
        <w:t xml:space="preserve"> </w:t>
      </w:r>
      <w:r>
        <w:t>взаимно-обратные дроби. Нахождение части</w:t>
      </w:r>
      <w:r>
        <w:rPr>
          <w:spacing w:val="1"/>
        </w:rPr>
        <w:t xml:space="preserve"> </w:t>
      </w:r>
      <w:r>
        <w:t>целого и целого по его части.</w:t>
      </w:r>
      <w:r>
        <w:rPr>
          <w:spacing w:val="60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запись дробей. Представление десятичной дроби в виде обыкновенной. Изображение десятичных</w:t>
      </w:r>
      <w:r>
        <w:rPr>
          <w:spacing w:val="1"/>
        </w:rPr>
        <w:t xml:space="preserve"> </w:t>
      </w:r>
      <w:r>
        <w:t>дробей точками на числовой прямой. Сравнение десятичных дробей. Арифметические действия 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-5"/>
        </w:rPr>
        <w:t xml:space="preserve"> </w:t>
      </w:r>
      <w:r>
        <w:t>Округление десятичных</w:t>
      </w:r>
      <w:r>
        <w:rPr>
          <w:spacing w:val="2"/>
        </w:rPr>
        <w:t xml:space="preserve"> </w:t>
      </w:r>
      <w:r>
        <w:t>дробей.</w:t>
      </w:r>
    </w:p>
    <w:p w14:paraId="3808300A" w14:textId="77777777" w:rsidR="003A176F" w:rsidRDefault="00DB75FB">
      <w:pPr>
        <w:pStyle w:val="1"/>
        <w:spacing w:before="9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</w:t>
      </w:r>
    </w:p>
    <w:p w14:paraId="2D27CEB8" w14:textId="0AF48399" w:rsidR="003A176F" w:rsidRDefault="00DB75FB">
      <w:pPr>
        <w:pStyle w:val="a5"/>
        <w:spacing w:before="128" w:line="360" w:lineRule="auto"/>
        <w:ind w:right="232"/>
      </w:pPr>
      <w:r>
        <w:t>Решение текстовых задач арифметическим способом. Решение логических задач. Решение</w:t>
      </w:r>
      <w:r>
        <w:rPr>
          <w:spacing w:val="1"/>
        </w:rPr>
        <w:t xml:space="preserve"> </w:t>
      </w:r>
      <w:r>
        <w:t>задач перебором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 Использование при решении задач таблиц и схем.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-57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 w:rsidR="00FB584B">
        <w:t>объё</w:t>
      </w:r>
      <w:r>
        <w:t>ма,</w:t>
      </w:r>
      <w:r>
        <w:rPr>
          <w:spacing w:val="1"/>
        </w:rPr>
        <w:t xml:space="preserve"> </w:t>
      </w:r>
      <w:r>
        <w:t>цены;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</w:p>
    <w:p w14:paraId="6B322F93" w14:textId="77777777" w:rsidR="003A176F" w:rsidRDefault="00DB75FB">
      <w:pPr>
        <w:pStyle w:val="a5"/>
        <w:spacing w:before="1"/>
        <w:ind w:left="827" w:firstLine="0"/>
      </w:pP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единицами</w:t>
      </w:r>
      <w:r>
        <w:rPr>
          <w:spacing w:val="45"/>
        </w:rPr>
        <w:t xml:space="preserve"> </w:t>
      </w:r>
      <w:r>
        <w:t>измерения</w:t>
      </w:r>
      <w:r>
        <w:rPr>
          <w:spacing w:val="42"/>
        </w:rPr>
        <w:t xml:space="preserve"> </w:t>
      </w:r>
      <w:r>
        <w:t>каждой</w:t>
      </w:r>
      <w:r>
        <w:rPr>
          <w:spacing w:val="43"/>
        </w:rPr>
        <w:t xml:space="preserve"> </w:t>
      </w:r>
      <w:r>
        <w:t>величины.</w:t>
      </w:r>
      <w:r>
        <w:rPr>
          <w:spacing w:val="42"/>
        </w:rPr>
        <w:t xml:space="preserve"> </w:t>
      </w:r>
      <w:r>
        <w:t>Решение</w:t>
      </w:r>
      <w:r>
        <w:rPr>
          <w:spacing w:val="43"/>
        </w:rPr>
        <w:t xml:space="preserve"> </w:t>
      </w:r>
      <w:r>
        <w:t>основных</w:t>
      </w:r>
      <w:r>
        <w:rPr>
          <w:spacing w:val="48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дроби.</w:t>
      </w:r>
    </w:p>
    <w:p w14:paraId="7F580638" w14:textId="77777777" w:rsidR="003A176F" w:rsidRDefault="00DB75FB">
      <w:pPr>
        <w:pStyle w:val="a5"/>
        <w:spacing w:before="140"/>
        <w:ind w:firstLine="0"/>
      </w:pPr>
      <w:r>
        <w:t>Представление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столбчатых</w:t>
      </w:r>
      <w:r>
        <w:rPr>
          <w:spacing w:val="-4"/>
        </w:rPr>
        <w:t xml:space="preserve"> </w:t>
      </w:r>
      <w:r>
        <w:t>диаграмм.</w:t>
      </w:r>
    </w:p>
    <w:p w14:paraId="6EF3A13B" w14:textId="77777777" w:rsidR="003A176F" w:rsidRDefault="00DB75FB">
      <w:pPr>
        <w:pStyle w:val="1"/>
        <w:spacing w:before="146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137D3D43" w14:textId="5BF16AEC" w:rsidR="003A176F" w:rsidRDefault="00DB75FB">
      <w:pPr>
        <w:pStyle w:val="a5"/>
        <w:spacing w:before="130" w:line="360" w:lineRule="auto"/>
        <w:ind w:right="225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-57"/>
        </w:rPr>
        <w:t xml:space="preserve"> </w:t>
      </w:r>
      <w:r>
        <w:t>многоугольник, окружность, круг. Уго</w:t>
      </w:r>
      <w:r w:rsidR="00FB584B">
        <w:t>л. Прямой, острый, тупой и развё</w:t>
      </w:r>
      <w:r>
        <w:t>рнутый углы. Длина отрезка,</w:t>
      </w:r>
      <w:r>
        <w:rPr>
          <w:spacing w:val="1"/>
        </w:rPr>
        <w:t xml:space="preserve"> </w:t>
      </w:r>
      <w:r>
        <w:t>метрические единицы длины. Длина ломаной, периметр многоугольника. Измерение и построение</w:t>
      </w:r>
      <w:r>
        <w:rPr>
          <w:spacing w:val="1"/>
        </w:rPr>
        <w:t xml:space="preserve"> </w:t>
      </w:r>
      <w:r>
        <w:t>углов с помощью транспортира. Наглядные представления о фигурах на плоскости: многоугольник;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квадрат;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 бумаге. Построение конфигураций из частей прямой, окружности на нелинованной и</w:t>
      </w:r>
      <w:r>
        <w:rPr>
          <w:spacing w:val="1"/>
        </w:rPr>
        <w:t xml:space="preserve"> </w:t>
      </w:r>
      <w:r>
        <w:t>клетчатой</w:t>
      </w:r>
      <w:r>
        <w:rPr>
          <w:spacing w:val="18"/>
        </w:rPr>
        <w:t xml:space="preserve"> </w:t>
      </w:r>
      <w:r>
        <w:t>бумаге.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4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сторон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углов</w:t>
      </w:r>
      <w:r>
        <w:rPr>
          <w:spacing w:val="14"/>
        </w:rPr>
        <w:t xml:space="preserve"> </w:t>
      </w:r>
      <w:r>
        <w:t>прямоугольника,</w:t>
      </w:r>
      <w:r>
        <w:rPr>
          <w:spacing w:val="15"/>
        </w:rPr>
        <w:t xml:space="preserve"> </w:t>
      </w:r>
      <w:r>
        <w:t>квадрата.</w:t>
      </w:r>
      <w:r>
        <w:rPr>
          <w:spacing w:val="11"/>
        </w:rPr>
        <w:t xml:space="preserve"> </w:t>
      </w:r>
      <w:r>
        <w:t>Площадь</w:t>
      </w:r>
    </w:p>
    <w:p w14:paraId="6195B753" w14:textId="6716CA27" w:rsidR="000D08C5" w:rsidRDefault="000D08C5" w:rsidP="000D08C5">
      <w:pPr>
        <w:pStyle w:val="a5"/>
        <w:spacing w:before="76" w:line="360" w:lineRule="auto"/>
        <w:ind w:right="222" w:firstLine="0"/>
      </w:pP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 w:rsidR="00FB584B">
        <w:t>изображё</w:t>
      </w:r>
      <w:r>
        <w:t>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 w:rsidR="00FB584B">
        <w:t>простейших многогранников. Развё</w:t>
      </w:r>
      <w:r>
        <w:t>ртки куба и параллелепипеда. Создание моделей многогранников</w:t>
      </w:r>
      <w:r>
        <w:rPr>
          <w:spacing w:val="-57"/>
        </w:rPr>
        <w:t xml:space="preserve"> </w:t>
      </w:r>
      <w:r>
        <w:t>(из бумаги, пр</w:t>
      </w:r>
      <w:r w:rsidR="00FB584B">
        <w:t>оволоки, пластилина и др.). Объё</w:t>
      </w:r>
      <w:r>
        <w:t>м прямоугольного параллелепипеда, куба. Единицы</w:t>
      </w:r>
      <w:r>
        <w:rPr>
          <w:spacing w:val="1"/>
        </w:rPr>
        <w:t xml:space="preserve"> </w:t>
      </w:r>
      <w:r w:rsidR="00FB584B">
        <w:t>измерения объё</w:t>
      </w:r>
      <w:r>
        <w:t>ма.</w:t>
      </w:r>
    </w:p>
    <w:p w14:paraId="46A3EB50" w14:textId="77777777" w:rsidR="003A176F" w:rsidRDefault="003A176F">
      <w:pPr>
        <w:spacing w:line="360" w:lineRule="auto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715CE569" w14:textId="77777777" w:rsidR="003A176F" w:rsidRDefault="00DB75FB">
      <w:pPr>
        <w:pStyle w:val="1"/>
      </w:pPr>
      <w:r>
        <w:lastRenderedPageBreak/>
        <w:t>6</w:t>
      </w:r>
      <w:r>
        <w:rPr>
          <w:spacing w:val="-1"/>
        </w:rPr>
        <w:t xml:space="preserve"> </w:t>
      </w:r>
      <w:r>
        <w:t>КЛАСС</w:t>
      </w:r>
    </w:p>
    <w:p w14:paraId="13D9D1DA" w14:textId="77777777" w:rsidR="003A176F" w:rsidRDefault="00DB75FB">
      <w:pPr>
        <w:spacing w:before="137"/>
        <w:ind w:left="827"/>
        <w:jc w:val="both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числа</w:t>
      </w:r>
    </w:p>
    <w:p w14:paraId="26545078" w14:textId="77777777" w:rsidR="003A176F" w:rsidRDefault="00DB75FB">
      <w:pPr>
        <w:pStyle w:val="a5"/>
        <w:spacing w:before="130" w:line="360" w:lineRule="auto"/>
        <w:ind w:right="231"/>
      </w:pPr>
      <w:r>
        <w:t>Арифметические действия с многозначными натуральными числами. Числовые выражения,</w:t>
      </w:r>
      <w:r>
        <w:rPr>
          <w:spacing w:val="1"/>
        </w:rPr>
        <w:t xml:space="preserve"> </w:t>
      </w:r>
      <w:r>
        <w:t>порядок действий, использование скобок. Использование при вычислениях переместительного 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делитель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кратное. Делимость</w:t>
      </w:r>
      <w:r>
        <w:rPr>
          <w:spacing w:val="-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остатком.</w:t>
      </w:r>
    </w:p>
    <w:p w14:paraId="0B9FCEE2" w14:textId="77777777" w:rsidR="003A176F" w:rsidRDefault="00DB75FB">
      <w:pPr>
        <w:pStyle w:val="1"/>
        <w:spacing w:before="11"/>
        <w:jc w:val="left"/>
      </w:pPr>
      <w:r>
        <w:t>Дроби</w:t>
      </w:r>
    </w:p>
    <w:p w14:paraId="0CD06BED" w14:textId="77777777" w:rsidR="003A176F" w:rsidRDefault="00DB75FB">
      <w:pPr>
        <w:pStyle w:val="a5"/>
        <w:spacing w:before="130" w:line="360" w:lineRule="auto"/>
        <w:ind w:right="230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Дробное число как результат деления. Представление десятичной дроби в виде обыкновенной 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 система мер. Арифметические действия и числовые выражения с обыкновенными 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</w:p>
    <w:p w14:paraId="32C922F0" w14:textId="77777777" w:rsidR="003A176F" w:rsidRDefault="00DB75FB">
      <w:pPr>
        <w:pStyle w:val="a5"/>
        <w:spacing w:line="360" w:lineRule="auto"/>
        <w:ind w:right="232"/>
      </w:pPr>
      <w:r>
        <w:t>Отношение. Деление в данном отношении. Масштаб, пропорция. Применение пропорций при</w:t>
      </w:r>
      <w:r>
        <w:rPr>
          <w:spacing w:val="-57"/>
        </w:rPr>
        <w:t xml:space="preserve"> </w:t>
      </w:r>
      <w:r>
        <w:t xml:space="preserve">решении задач. Понятие процента. Вычисление процента от величины и величины по </w:t>
      </w:r>
      <w:proofErr w:type="spellStart"/>
      <w:r>
        <w:t>еѐ</w:t>
      </w:r>
      <w:proofErr w:type="spellEnd"/>
      <w:r>
        <w:t xml:space="preserve"> проценту.</w:t>
      </w:r>
      <w:r>
        <w:rPr>
          <w:spacing w:val="1"/>
        </w:rPr>
        <w:t xml:space="preserve"> </w:t>
      </w:r>
      <w:r>
        <w:t>Выражение процентов десятичными дробями. Решение задач на проценты. Выражение отношения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процентах.</w:t>
      </w:r>
    </w:p>
    <w:p w14:paraId="694E21BC" w14:textId="77777777" w:rsidR="003A176F" w:rsidRDefault="00DB75FB">
      <w:pPr>
        <w:pStyle w:val="1"/>
        <w:spacing w:before="10"/>
      </w:pPr>
      <w:r>
        <w:t>Положительные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t>числа</w:t>
      </w:r>
    </w:p>
    <w:p w14:paraId="75710D40" w14:textId="77777777" w:rsidR="003A176F" w:rsidRDefault="00DB75FB">
      <w:pPr>
        <w:pStyle w:val="a5"/>
        <w:spacing w:before="127" w:line="360" w:lineRule="auto"/>
        <w:ind w:right="241" w:firstLine="1440"/>
      </w:pPr>
      <w:r>
        <w:t>Положительные и отрицательные числа. Целые числа. Модуль числа, 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модуля числа.</w:t>
      </w:r>
      <w:r>
        <w:rPr>
          <w:spacing w:val="-4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  <w:r>
        <w:rPr>
          <w:spacing w:val="-5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промежутки.</w:t>
      </w:r>
    </w:p>
    <w:p w14:paraId="0D1635EE" w14:textId="77777777" w:rsidR="003A176F" w:rsidRDefault="00DB75FB">
      <w:pPr>
        <w:pStyle w:val="a5"/>
        <w:spacing w:before="1" w:line="360" w:lineRule="auto"/>
        <w:ind w:right="231"/>
      </w:pP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положительными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отрицательными</w:t>
      </w:r>
      <w:r>
        <w:rPr>
          <w:spacing w:val="-57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абсцисса</w:t>
      </w:r>
      <w:r>
        <w:rPr>
          <w:spacing w:val="-4"/>
        </w:rPr>
        <w:t xml:space="preserve"> </w:t>
      </w:r>
      <w:r>
        <w:t>и ордината.</w:t>
      </w:r>
      <w:r>
        <w:rPr>
          <w:spacing w:val="-1"/>
        </w:rPr>
        <w:t xml:space="preserve"> </w:t>
      </w:r>
      <w:r>
        <w:t>Построение точек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фигур 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плоскости.</w:t>
      </w:r>
    </w:p>
    <w:p w14:paraId="281FB1AC" w14:textId="77777777" w:rsidR="003A176F" w:rsidRDefault="00DB75FB">
      <w:pPr>
        <w:pStyle w:val="1"/>
        <w:spacing w:before="9"/>
      </w:pPr>
      <w:r>
        <w:t>Буквенные</w:t>
      </w:r>
      <w:r>
        <w:rPr>
          <w:spacing w:val="-8"/>
        </w:rPr>
        <w:t xml:space="preserve"> </w:t>
      </w:r>
      <w:r>
        <w:t>выражения</w:t>
      </w:r>
    </w:p>
    <w:p w14:paraId="62EFCE87" w14:textId="6FA2738D" w:rsidR="003A176F" w:rsidRDefault="00DB75FB">
      <w:pPr>
        <w:pStyle w:val="a5"/>
        <w:spacing w:before="129" w:line="360" w:lineRule="auto"/>
        <w:ind w:right="227"/>
      </w:pPr>
      <w:r>
        <w:t>Применение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 действий. Буквенные выражения и числовые подстановки. Буквенные равенства,</w:t>
      </w:r>
      <w:r>
        <w:rPr>
          <w:spacing w:val="1"/>
        </w:rPr>
        <w:t xml:space="preserve"> </w:t>
      </w:r>
      <w:r>
        <w:t>нахождение неизвестного компонента. Формулы; формулы периметра и площади 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-1"/>
        </w:rPr>
        <w:t xml:space="preserve"> </w:t>
      </w:r>
      <w:r w:rsidR="00FB584B">
        <w:t>объё</w:t>
      </w:r>
      <w:r>
        <w:t>ма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и куба.</w:t>
      </w:r>
    </w:p>
    <w:p w14:paraId="4B4D28FB" w14:textId="69754CA1" w:rsidR="003A176F" w:rsidRDefault="00DB75FB" w:rsidP="000D08C5">
      <w:pPr>
        <w:pStyle w:val="1"/>
        <w:spacing w:before="10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</w:t>
      </w:r>
    </w:p>
    <w:p w14:paraId="0CAF1F63" w14:textId="12BFCFEB" w:rsidR="000D08C5" w:rsidRDefault="000D08C5" w:rsidP="000D08C5">
      <w:pPr>
        <w:pStyle w:val="a5"/>
        <w:tabs>
          <w:tab w:val="left" w:pos="9205"/>
        </w:tabs>
        <w:spacing w:before="76" w:line="360" w:lineRule="auto"/>
        <w:ind w:right="226"/>
      </w:pPr>
      <w:r>
        <w:t>Решение текстовых задач арифметическим способом. Решение логических задач.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6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стоимость;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 w:rsidR="00FB584B">
        <w:t>объё</w:t>
      </w:r>
      <w:r>
        <w:t>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стоимости;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 скорости. Связь между единицами измерения каждой величины. Решение задач, связанных</w:t>
      </w:r>
      <w:r>
        <w:rPr>
          <w:spacing w:val="1"/>
        </w:rPr>
        <w:t xml:space="preserve"> </w:t>
      </w:r>
      <w:r w:rsidR="00FB584B">
        <w:t xml:space="preserve">с </w:t>
      </w:r>
      <w:r>
        <w:t>отношением,</w:t>
      </w:r>
    </w:p>
    <w:p w14:paraId="3553C33A" w14:textId="77777777" w:rsidR="000D08C5" w:rsidRDefault="000D08C5" w:rsidP="000D08C5">
      <w:pPr>
        <w:pStyle w:val="a5"/>
        <w:spacing w:line="360" w:lineRule="auto"/>
        <w:ind w:right="235" w:firstLine="0"/>
      </w:pPr>
      <w:r>
        <w:t>пропорциональностью величин, процентами; решение основных задач на дроби и проценты. Оценка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прикидка,  </w:t>
      </w:r>
      <w:r>
        <w:rPr>
          <w:spacing w:val="1"/>
        </w:rPr>
        <w:t xml:space="preserve"> </w:t>
      </w:r>
      <w:r>
        <w:t xml:space="preserve">округление  </w:t>
      </w:r>
      <w:r>
        <w:rPr>
          <w:spacing w:val="1"/>
        </w:rPr>
        <w:t xml:space="preserve"> </w:t>
      </w:r>
      <w:r>
        <w:t xml:space="preserve">результата.  </w:t>
      </w:r>
      <w:r>
        <w:rPr>
          <w:spacing w:val="1"/>
        </w:rPr>
        <w:t xml:space="preserve"> </w:t>
      </w:r>
      <w:r>
        <w:t xml:space="preserve">Составление  </w:t>
      </w:r>
      <w:r>
        <w:rPr>
          <w:spacing w:val="1"/>
        </w:rPr>
        <w:t xml:space="preserve"> </w:t>
      </w:r>
      <w:r>
        <w:t xml:space="preserve">буквенных  </w:t>
      </w:r>
      <w:r>
        <w:rPr>
          <w:spacing w:val="1"/>
        </w:rPr>
        <w:t xml:space="preserve"> </w:t>
      </w:r>
      <w:r>
        <w:t xml:space="preserve">выражений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задачи. Представление данных с помощью таблиц и диаграмм. Столбчатые диаграммы: чтение и</w:t>
      </w:r>
      <w:r>
        <w:rPr>
          <w:spacing w:val="1"/>
        </w:rPr>
        <w:t xml:space="preserve"> </w:t>
      </w:r>
      <w:r>
        <w:t>построение. Чтение</w:t>
      </w:r>
      <w:r>
        <w:rPr>
          <w:spacing w:val="-1"/>
        </w:rPr>
        <w:t xml:space="preserve"> </w:t>
      </w:r>
      <w:r>
        <w:t>круговых</w:t>
      </w:r>
      <w:r>
        <w:rPr>
          <w:spacing w:val="5"/>
        </w:rPr>
        <w:t xml:space="preserve"> </w:t>
      </w:r>
      <w:r>
        <w:t>диаграмм.</w:t>
      </w:r>
    </w:p>
    <w:p w14:paraId="1A355FF6" w14:textId="77777777" w:rsidR="000D08C5" w:rsidRDefault="000D08C5">
      <w:pPr>
        <w:sectPr w:rsidR="000D08C5">
          <w:pgSz w:w="11900" w:h="16860"/>
          <w:pgMar w:top="200" w:right="560" w:bottom="280" w:left="560" w:header="720" w:footer="720" w:gutter="0"/>
          <w:cols w:space="720"/>
        </w:sectPr>
      </w:pPr>
    </w:p>
    <w:p w14:paraId="4D00344C" w14:textId="77777777" w:rsidR="003A176F" w:rsidRDefault="00DB75FB">
      <w:pPr>
        <w:pStyle w:val="1"/>
      </w:pPr>
      <w:r>
        <w:lastRenderedPageBreak/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1BE325DF" w14:textId="6593731D" w:rsidR="003A176F" w:rsidRDefault="00DB75FB">
      <w:pPr>
        <w:pStyle w:val="a5"/>
        <w:spacing w:before="130" w:line="360" w:lineRule="auto"/>
        <w:ind w:right="232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 w:rsidR="00FB584B">
        <w:t>четырё</w:t>
      </w:r>
      <w:r>
        <w:t>хугольник,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 на плоскости, параллельные прямые, перпендикулярные прямые. Измерение расстояний:</w:t>
      </w:r>
      <w:r>
        <w:rPr>
          <w:spacing w:val="1"/>
        </w:rPr>
        <w:t xml:space="preserve"> </w:t>
      </w:r>
      <w:r>
        <w:t>между двумя точками, от точки до прямой; длина маршрута на квадратной сетке. Измерение и</w:t>
      </w:r>
      <w:r>
        <w:rPr>
          <w:spacing w:val="1"/>
        </w:rPr>
        <w:t xml:space="preserve"> </w:t>
      </w:r>
      <w:r>
        <w:t>построение углов с помощью транспортира. Виды треугольников: остроугольный, прямоугольный,</w:t>
      </w:r>
      <w:r>
        <w:rPr>
          <w:spacing w:val="1"/>
        </w:rPr>
        <w:t xml:space="preserve"> </w:t>
      </w:r>
      <w:r>
        <w:t>тупоугольный;</w:t>
      </w:r>
      <w:r>
        <w:rPr>
          <w:spacing w:val="-7"/>
        </w:rPr>
        <w:t xml:space="preserve"> </w:t>
      </w:r>
      <w:r>
        <w:t>равнобедренный,</w:t>
      </w:r>
      <w:r>
        <w:rPr>
          <w:spacing w:val="-8"/>
        </w:rPr>
        <w:t xml:space="preserve"> </w:t>
      </w:r>
      <w:r>
        <w:t>равносторонний.</w:t>
      </w:r>
      <w:r>
        <w:rPr>
          <w:spacing w:val="-8"/>
        </w:rPr>
        <w:t xml:space="preserve"> </w:t>
      </w:r>
      <w:r w:rsidR="00FB584B">
        <w:t>Четырё</w:t>
      </w:r>
      <w:r>
        <w:t>хугольник,</w:t>
      </w:r>
      <w:r>
        <w:rPr>
          <w:spacing w:val="-11"/>
        </w:rPr>
        <w:t xml:space="preserve"> </w:t>
      </w:r>
      <w:r>
        <w:t>примеры</w:t>
      </w:r>
      <w:r>
        <w:rPr>
          <w:spacing w:val="-9"/>
        </w:rPr>
        <w:t xml:space="preserve"> </w:t>
      </w:r>
      <w:r w:rsidR="00FB584B">
        <w:t>четырё</w:t>
      </w:r>
      <w:r>
        <w:t>хугольников.</w:t>
      </w:r>
    </w:p>
    <w:p w14:paraId="7430A2D1" w14:textId="6301CA84" w:rsidR="003A176F" w:rsidRDefault="00DB75FB">
      <w:pPr>
        <w:pStyle w:val="a5"/>
        <w:spacing w:before="1" w:line="360" w:lineRule="auto"/>
        <w:ind w:right="221"/>
      </w:pPr>
      <w:r>
        <w:t>Прямоугольник,</w:t>
      </w:r>
      <w:r>
        <w:rPr>
          <w:spacing w:val="1"/>
        </w:rPr>
        <w:t xml:space="preserve"> </w:t>
      </w:r>
      <w:r>
        <w:t>квадрат: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 нелинованной 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циркуля, 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 еди</w:t>
      </w:r>
      <w:r w:rsidR="009A1DF5">
        <w:t>ницы измерения площади. Приближё</w:t>
      </w:r>
      <w:r>
        <w:t>нное измерение площади фигур, в том числе на</w:t>
      </w:r>
      <w:r>
        <w:rPr>
          <w:spacing w:val="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 w:rsidR="009A1DF5">
        <w:t>Приближё</w:t>
      </w:r>
      <w:r>
        <w:t>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Симметрия: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Наглядные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 шар и сфера. Изображение прост</w:t>
      </w:r>
      <w:r w:rsidR="009A1DF5">
        <w:t>ранственных фигур. Примеры развё</w:t>
      </w:r>
      <w:r>
        <w:t>рток многогранников,</w:t>
      </w:r>
      <w:r>
        <w:rPr>
          <w:spacing w:val="1"/>
        </w:rPr>
        <w:t xml:space="preserve"> </w:t>
      </w:r>
      <w:r>
        <w:t>цилиндра и конуса. Создание моделей пространственных фигур (из бумаги, проволоки, пластилина и</w:t>
      </w:r>
      <w:r>
        <w:rPr>
          <w:spacing w:val="-57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 w:rsidR="009A1DF5">
        <w:t>объё</w:t>
      </w:r>
      <w:r>
        <w:t>ма;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 w:rsidR="009A1DF5">
        <w:t>объё</w:t>
      </w:r>
      <w:r>
        <w:t>ма.</w:t>
      </w:r>
      <w:r>
        <w:rPr>
          <w:spacing w:val="-5"/>
        </w:rPr>
        <w:t xml:space="preserve"> </w:t>
      </w:r>
      <w:r w:rsidR="009A1DF5">
        <w:t>Объё</w:t>
      </w:r>
      <w:r>
        <w:t>м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</w:p>
    <w:p w14:paraId="08E31EB8" w14:textId="77777777" w:rsidR="003A176F" w:rsidRDefault="00DB75FB">
      <w:pPr>
        <w:pStyle w:val="1"/>
        <w:spacing w:before="10" w:line="360" w:lineRule="auto"/>
        <w:ind w:right="3580"/>
      </w:pPr>
      <w:r>
        <w:t>ПЛАНИРУЕМЫЕ ОБРАЗОВАТЕЛЬНЫЕ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14:paraId="0C1E36D0" w14:textId="77777777" w:rsidR="003A176F" w:rsidRDefault="00DB75FB">
      <w:pPr>
        <w:pStyle w:val="a5"/>
        <w:spacing w:line="360" w:lineRule="auto"/>
        <w:ind w:right="224" w:firstLine="14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-57"/>
        </w:rPr>
        <w:t xml:space="preserve"> </w:t>
      </w:r>
      <w:r>
        <w:t>характеризуются:</w:t>
      </w:r>
      <w:r>
        <w:rPr>
          <w:spacing w:val="1"/>
        </w:rPr>
        <w:t xml:space="preserve"> </w:t>
      </w:r>
      <w:r>
        <w:rPr>
          <w:b/>
        </w:rPr>
        <w:t>Патриотическое</w:t>
      </w:r>
      <w:r>
        <w:rPr>
          <w:b/>
          <w:spacing w:val="61"/>
        </w:rPr>
        <w:t xml:space="preserve"> </w:t>
      </w:r>
      <w:r>
        <w:rPr>
          <w:b/>
        </w:rPr>
        <w:t>воспитание:</w:t>
      </w:r>
      <w:r>
        <w:rPr>
          <w:b/>
          <w:spacing w:val="61"/>
        </w:rPr>
        <w:t xml:space="preserve"> </w:t>
      </w:r>
      <w:r>
        <w:t>проявлением</w:t>
      </w:r>
      <w:r>
        <w:rPr>
          <w:spacing w:val="61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прошлому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 и российской математической школы, к использованию этих достижений в других</w:t>
      </w:r>
      <w:r>
        <w:rPr>
          <w:spacing w:val="1"/>
        </w:rPr>
        <w:t xml:space="preserve"> </w:t>
      </w:r>
      <w:r>
        <w:t>науках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5"/>
        </w:rPr>
        <w:t xml:space="preserve"> </w:t>
      </w:r>
      <w:r>
        <w:t>сферах.</w:t>
      </w:r>
    </w:p>
    <w:p w14:paraId="7E29855A" w14:textId="77777777" w:rsidR="003A176F" w:rsidRDefault="00DB75FB">
      <w:pPr>
        <w:spacing w:line="360" w:lineRule="auto"/>
        <w:ind w:left="107" w:right="226" w:firstLine="1440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прав,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основах</w:t>
      </w:r>
    </w:p>
    <w:p w14:paraId="10583392" w14:textId="0D386649" w:rsidR="000D08C5" w:rsidRDefault="000D08C5" w:rsidP="000D08C5">
      <w:pPr>
        <w:pStyle w:val="a5"/>
        <w:tabs>
          <w:tab w:val="left" w:pos="2267"/>
        </w:tabs>
        <w:spacing w:before="76" w:line="360" w:lineRule="auto"/>
        <w:ind w:right="222" w:firstLine="0"/>
      </w:pP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-1"/>
        </w:rPr>
        <w:t xml:space="preserve"> </w:t>
      </w:r>
      <w:r>
        <w:t>и пр.);</w:t>
      </w:r>
      <w:r>
        <w:tab/>
        <w:t>готовностью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обсуждению</w:t>
      </w:r>
      <w:r>
        <w:rPr>
          <w:spacing w:val="19"/>
        </w:rPr>
        <w:t xml:space="preserve"> </w:t>
      </w:r>
      <w:r>
        <w:t>этических</w:t>
      </w:r>
      <w:r>
        <w:rPr>
          <w:spacing w:val="20"/>
        </w:rPr>
        <w:t xml:space="preserve"> </w:t>
      </w:r>
      <w:r>
        <w:t>проблем,</w:t>
      </w:r>
      <w:r>
        <w:rPr>
          <w:spacing w:val="15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практическим</w:t>
      </w:r>
      <w:r>
        <w:rPr>
          <w:spacing w:val="-58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 w:rsidR="009A1DF5">
        <w:t>учё</w:t>
      </w:r>
      <w:r>
        <w:t>ного.</w:t>
      </w:r>
    </w:p>
    <w:p w14:paraId="22BF1021" w14:textId="77777777" w:rsidR="000D08C5" w:rsidRDefault="000D08C5" w:rsidP="000D08C5">
      <w:pPr>
        <w:pStyle w:val="a5"/>
        <w:spacing w:line="360" w:lineRule="auto"/>
        <w:ind w:right="225" w:firstLine="1440"/>
      </w:pPr>
      <w:r>
        <w:rPr>
          <w:b/>
        </w:rPr>
        <w:t xml:space="preserve">Трудовое воспитание:  </w:t>
      </w:r>
      <w:r>
        <w:rPr>
          <w:b/>
          <w:spacing w:val="1"/>
        </w:rPr>
        <w:t xml:space="preserve"> </w:t>
      </w:r>
      <w:r>
        <w:t>установкой на активное участие в решении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всей жизни для успешной профессиональной деятельности и развитием необходимых</w:t>
      </w:r>
      <w:r>
        <w:rPr>
          <w:spacing w:val="1"/>
        </w:rPr>
        <w:t xml:space="preserve"> </w:t>
      </w:r>
      <w:r>
        <w:t>умений; осознанным выбором и построением индивидуальной траектории образования и жизненных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личных интересов и общественных</w:t>
      </w:r>
      <w:r>
        <w:rPr>
          <w:spacing w:val="4"/>
        </w:rPr>
        <w:t xml:space="preserve"> </w:t>
      </w:r>
      <w:r>
        <w:t>потребностей.</w:t>
      </w:r>
    </w:p>
    <w:p w14:paraId="19EDCBF4" w14:textId="77777777" w:rsidR="003A176F" w:rsidRDefault="003A176F">
      <w:pPr>
        <w:spacing w:line="360" w:lineRule="auto"/>
        <w:jc w:val="both"/>
        <w:rPr>
          <w:sz w:val="24"/>
        </w:rPr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35C635B6" w14:textId="77777777" w:rsidR="003A176F" w:rsidRDefault="00DB75FB">
      <w:pPr>
        <w:pStyle w:val="a5"/>
        <w:spacing w:before="2" w:line="360" w:lineRule="auto"/>
        <w:ind w:right="226" w:firstLine="1440"/>
      </w:pPr>
      <w:r>
        <w:rPr>
          <w:b/>
        </w:rPr>
        <w:lastRenderedPageBreak/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умению</w:t>
      </w:r>
      <w:r>
        <w:rPr>
          <w:spacing w:val="6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закономерности в</w:t>
      </w:r>
      <w:r>
        <w:rPr>
          <w:spacing w:val="1"/>
        </w:rPr>
        <w:t xml:space="preserve"> </w:t>
      </w:r>
      <w:r>
        <w:t>искусстве.</w:t>
      </w:r>
    </w:p>
    <w:p w14:paraId="10076215" w14:textId="77777777" w:rsidR="003A176F" w:rsidRDefault="00DB75FB">
      <w:pPr>
        <w:pStyle w:val="a5"/>
        <w:spacing w:line="360" w:lineRule="auto"/>
        <w:ind w:right="223" w:firstLine="1440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познания:</w:t>
      </w:r>
      <w:r>
        <w:rPr>
          <w:b/>
          <w:spacing w:val="1"/>
        </w:rPr>
        <w:t xml:space="preserve"> </w:t>
      </w:r>
      <w:r>
        <w:t>ориентацией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61"/>
        </w:rPr>
        <w:t xml:space="preserve"> </w:t>
      </w:r>
      <w:r>
        <w:t>математики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14:paraId="064A86BD" w14:textId="77777777" w:rsidR="003A176F" w:rsidRDefault="00DB75FB">
      <w:pPr>
        <w:spacing w:before="10" w:line="357" w:lineRule="auto"/>
        <w:ind w:left="107" w:right="226" w:firstLine="1440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здорового образа жизни (здоровое питание, сбалансированный режим занятий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5"/>
          <w:sz w:val="24"/>
        </w:rPr>
        <w:t xml:space="preserve"> </w:t>
      </w:r>
      <w:r>
        <w:rPr>
          <w:sz w:val="24"/>
        </w:rPr>
        <w:t>и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 человека.</w:t>
      </w:r>
    </w:p>
    <w:p w14:paraId="741FC298" w14:textId="77777777" w:rsidR="003A176F" w:rsidRDefault="00DB75FB">
      <w:pPr>
        <w:pStyle w:val="a5"/>
        <w:spacing w:before="8" w:line="360" w:lineRule="auto"/>
        <w:ind w:right="235" w:firstLine="1440"/>
      </w:pPr>
      <w:r>
        <w:rPr>
          <w:b/>
        </w:rPr>
        <w:t xml:space="preserve">Экологическое воспитание:   </w:t>
      </w:r>
      <w:r>
        <w:rPr>
          <w:b/>
          <w:spacing w:val="1"/>
        </w:rPr>
        <w:t xml:space="preserve"> </w:t>
      </w:r>
      <w:r>
        <w:t>ориентацией на применение математических знаний</w:t>
      </w:r>
      <w:r>
        <w:rPr>
          <w:spacing w:val="1"/>
        </w:rPr>
        <w:t xml:space="preserve"> </w:t>
      </w:r>
      <w:r>
        <w:t>для решения задач в области сохранности окружающей среды, планирования поступков и оценки их</w:t>
      </w:r>
      <w:r>
        <w:rPr>
          <w:spacing w:val="1"/>
        </w:rPr>
        <w:t xml:space="preserve"> </w:t>
      </w:r>
      <w:r>
        <w:t>возможных последствий для окружающей среды; осознанием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 путей их</w:t>
      </w:r>
      <w:r>
        <w:rPr>
          <w:spacing w:val="5"/>
        </w:rPr>
        <w:t xml:space="preserve"> </w:t>
      </w:r>
      <w:r>
        <w:t>решения.</w:t>
      </w:r>
    </w:p>
    <w:p w14:paraId="01793B6E" w14:textId="0F20FD33" w:rsidR="003A176F" w:rsidRDefault="00DB75FB">
      <w:pPr>
        <w:pStyle w:val="a5"/>
        <w:spacing w:before="5" w:line="360" w:lineRule="auto"/>
        <w:ind w:right="223" w:firstLine="14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результаты,</w:t>
      </w:r>
      <w:r>
        <w:rPr>
          <w:b/>
          <w:spacing w:val="1"/>
        </w:rPr>
        <w:t xml:space="preserve"> </w:t>
      </w:r>
      <w:r>
        <w:rPr>
          <w:b/>
        </w:rPr>
        <w:t>обеспечивающие</w:t>
      </w:r>
      <w:r>
        <w:rPr>
          <w:b/>
          <w:spacing w:val="1"/>
        </w:rPr>
        <w:t xml:space="preserve"> </w:t>
      </w:r>
      <w:r>
        <w:rPr>
          <w:b/>
        </w:rPr>
        <w:t>адаптацию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изменяющимся условиям социальной и природной среды: </w:t>
      </w:r>
      <w:r>
        <w:t>готовностью к действиям в условиях</w:t>
      </w:r>
      <w:r>
        <w:rPr>
          <w:spacing w:val="1"/>
        </w:rPr>
        <w:t xml:space="preserve"> </w:t>
      </w:r>
      <w:r w:rsidR="009A1DF5">
        <w:t>неопределё</w:t>
      </w:r>
      <w:r>
        <w:t>нности, повышению уровня своей компетентности через практическую деятельность, в</w:t>
      </w:r>
      <w:r>
        <w:rPr>
          <w:spacing w:val="1"/>
        </w:rPr>
        <w:t xml:space="preserve"> </w:t>
      </w:r>
      <w:r>
        <w:t>том числе умение учиться у других людей, приобретать в совместной деятельности новые знания,</w:t>
      </w:r>
      <w:r>
        <w:rPr>
          <w:spacing w:val="1"/>
        </w:rPr>
        <w:t xml:space="preserve"> </w:t>
      </w:r>
      <w:r>
        <w:t>навыки и компетенции из опыта других; необходимостью в формировании новых знаний, 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развитие;</w:t>
      </w:r>
      <w:r>
        <w:rPr>
          <w:spacing w:val="18"/>
        </w:rPr>
        <w:t xml:space="preserve"> </w:t>
      </w:r>
      <w:r>
        <w:t>способностью</w:t>
      </w:r>
      <w:r>
        <w:rPr>
          <w:spacing w:val="16"/>
        </w:rPr>
        <w:t xml:space="preserve"> </w:t>
      </w:r>
      <w:r>
        <w:t>осознавать</w:t>
      </w:r>
      <w:r>
        <w:rPr>
          <w:spacing w:val="19"/>
        </w:rPr>
        <w:t xml:space="preserve"> </w:t>
      </w:r>
      <w:r>
        <w:t>стрессовую</w:t>
      </w:r>
      <w:r>
        <w:rPr>
          <w:spacing w:val="20"/>
        </w:rPr>
        <w:t xml:space="preserve"> </w:t>
      </w:r>
      <w:r>
        <w:t>ситуацию,</w:t>
      </w:r>
      <w:r>
        <w:rPr>
          <w:spacing w:val="19"/>
        </w:rPr>
        <w:t xml:space="preserve"> </w:t>
      </w:r>
      <w:r>
        <w:t>воспринимать</w:t>
      </w:r>
      <w:r>
        <w:rPr>
          <w:spacing w:val="17"/>
        </w:rPr>
        <w:t xml:space="preserve"> </w:t>
      </w:r>
      <w:r>
        <w:t>стрессовую</w:t>
      </w:r>
      <w:r>
        <w:rPr>
          <w:spacing w:val="19"/>
        </w:rPr>
        <w:t xml:space="preserve"> </w:t>
      </w:r>
      <w:r>
        <w:t>ситуацию</w:t>
      </w:r>
      <w:r>
        <w:rPr>
          <w:spacing w:val="17"/>
        </w:rPr>
        <w:t xml:space="preserve"> </w:t>
      </w:r>
      <w:r>
        <w:t>как</w:t>
      </w:r>
    </w:p>
    <w:p w14:paraId="1B7DA46E" w14:textId="77777777" w:rsidR="000D08C5" w:rsidRDefault="000D08C5" w:rsidP="000D08C5">
      <w:pPr>
        <w:pStyle w:val="a5"/>
        <w:spacing w:before="76" w:line="360" w:lineRule="auto"/>
        <w:ind w:right="247" w:firstLine="0"/>
      </w:pPr>
      <w:r>
        <w:t>вызов, требующий контрмер, корректировать принимаемые решения и действия, формулировать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 последствия, формировать опыт.</w:t>
      </w:r>
    </w:p>
    <w:p w14:paraId="22E9A854" w14:textId="77777777" w:rsidR="003A176F" w:rsidRDefault="003A176F">
      <w:pPr>
        <w:spacing w:line="360" w:lineRule="auto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7B1947E1" w14:textId="77777777" w:rsidR="003A176F" w:rsidRDefault="00DB75FB">
      <w:pPr>
        <w:pStyle w:val="1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13E76AD1" w14:textId="77777777" w:rsidR="003A176F" w:rsidRDefault="00DB75FB">
      <w:pPr>
        <w:pStyle w:val="a5"/>
        <w:spacing w:before="127"/>
        <w:ind w:left="827" w:firstLine="0"/>
      </w:pPr>
      <w:r>
        <w:t xml:space="preserve">Метапредметные       </w:t>
      </w:r>
      <w:r>
        <w:rPr>
          <w:spacing w:val="15"/>
        </w:rPr>
        <w:t xml:space="preserve"> </w:t>
      </w:r>
      <w:r>
        <w:t xml:space="preserve">результаты       </w:t>
      </w:r>
      <w:r>
        <w:rPr>
          <w:spacing w:val="16"/>
        </w:rPr>
        <w:t xml:space="preserve"> </w:t>
      </w:r>
      <w:r>
        <w:t xml:space="preserve">освоения        </w:t>
      </w:r>
      <w:r>
        <w:rPr>
          <w:spacing w:val="18"/>
        </w:rPr>
        <w:t xml:space="preserve"> </w:t>
      </w:r>
      <w:r>
        <w:t xml:space="preserve">программы        </w:t>
      </w:r>
      <w:r>
        <w:rPr>
          <w:spacing w:val="18"/>
        </w:rPr>
        <w:t xml:space="preserve"> </w:t>
      </w:r>
      <w:r>
        <w:t xml:space="preserve">учебного        </w:t>
      </w:r>
      <w:r>
        <w:rPr>
          <w:spacing w:val="18"/>
        </w:rPr>
        <w:t xml:space="preserve"> </w:t>
      </w:r>
      <w:r>
        <w:t>предмета</w:t>
      </w:r>
    </w:p>
    <w:p w14:paraId="2FF992F1" w14:textId="2F8F77C2" w:rsidR="003A176F" w:rsidRDefault="00DB75FB">
      <w:pPr>
        <w:spacing w:before="140" w:line="360" w:lineRule="auto"/>
        <w:ind w:left="107" w:right="226"/>
        <w:jc w:val="both"/>
        <w:rPr>
          <w:i/>
          <w:sz w:val="24"/>
        </w:rPr>
      </w:pPr>
      <w:r>
        <w:rPr>
          <w:sz w:val="24"/>
        </w:rPr>
        <w:t>«Математика»</w:t>
      </w:r>
      <w:r w:rsidR="009A1DF5">
        <w:rPr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действиями.</w:t>
      </w:r>
    </w:p>
    <w:p w14:paraId="1486F82D" w14:textId="77777777" w:rsidR="003A176F" w:rsidRDefault="00DB75FB">
      <w:pPr>
        <w:pStyle w:val="a7"/>
        <w:numPr>
          <w:ilvl w:val="0"/>
          <w:numId w:val="2"/>
        </w:numPr>
        <w:tabs>
          <w:tab w:val="left" w:pos="1265"/>
        </w:tabs>
        <w:spacing w:line="360" w:lineRule="auto"/>
        <w:ind w:right="229" w:firstLine="72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когнитивных процессов обучающихся (освоение методов познания окружающего мира; 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исследовательских операций,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информацией).</w:t>
      </w:r>
    </w:p>
    <w:p w14:paraId="18EB9AE9" w14:textId="77777777" w:rsidR="003A176F" w:rsidRDefault="00DB75FB">
      <w:pPr>
        <w:pStyle w:val="1"/>
        <w:spacing w:before="11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14:paraId="21A297D7" w14:textId="77777777" w:rsidR="003A176F" w:rsidRDefault="00DB75FB">
      <w:pPr>
        <w:pStyle w:val="a7"/>
        <w:numPr>
          <w:ilvl w:val="0"/>
          <w:numId w:val="4"/>
        </w:numPr>
        <w:tabs>
          <w:tab w:val="left" w:pos="1236"/>
        </w:tabs>
        <w:spacing w:before="129" w:line="360" w:lineRule="auto"/>
        <w:ind w:right="264" w:firstLine="72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понятиями;</w:t>
      </w:r>
    </w:p>
    <w:p w14:paraId="75A7D99C" w14:textId="77777777" w:rsidR="003A176F" w:rsidRDefault="00DB75FB">
      <w:pPr>
        <w:pStyle w:val="a7"/>
        <w:numPr>
          <w:ilvl w:val="0"/>
          <w:numId w:val="4"/>
        </w:numPr>
        <w:tabs>
          <w:tab w:val="left" w:pos="1605"/>
          <w:tab w:val="left" w:pos="1606"/>
          <w:tab w:val="left" w:pos="3463"/>
          <w:tab w:val="left" w:pos="5030"/>
          <w:tab w:val="left" w:pos="6218"/>
          <w:tab w:val="left" w:pos="7952"/>
          <w:tab w:val="left" w:pos="9716"/>
        </w:tabs>
        <w:spacing w:before="1" w:line="360" w:lineRule="auto"/>
        <w:ind w:right="243" w:firstLine="72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определения</w:t>
      </w:r>
      <w:r>
        <w:rPr>
          <w:sz w:val="24"/>
        </w:rPr>
        <w:tab/>
        <w:t>понятий;</w:t>
      </w:r>
      <w:r>
        <w:rPr>
          <w:sz w:val="24"/>
        </w:rPr>
        <w:tab/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 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проводимого анализа;</w:t>
      </w:r>
    </w:p>
    <w:p w14:paraId="435432F4" w14:textId="77777777" w:rsidR="003A176F" w:rsidRDefault="00DB75FB">
      <w:pPr>
        <w:pStyle w:val="a7"/>
        <w:numPr>
          <w:ilvl w:val="0"/>
          <w:numId w:val="4"/>
        </w:numPr>
        <w:tabs>
          <w:tab w:val="left" w:pos="1485"/>
          <w:tab w:val="left" w:pos="1486"/>
          <w:tab w:val="left" w:pos="3199"/>
          <w:tab w:val="left" w:pos="4994"/>
          <w:tab w:val="left" w:pos="5332"/>
          <w:tab w:val="left" w:pos="7289"/>
          <w:tab w:val="left" w:pos="8557"/>
          <w:tab w:val="left" w:pos="10412"/>
        </w:tabs>
        <w:spacing w:line="360" w:lineRule="auto"/>
        <w:ind w:right="235" w:firstLine="720"/>
        <w:jc w:val="left"/>
        <w:rPr>
          <w:sz w:val="24"/>
        </w:rPr>
      </w:pPr>
      <w:r>
        <w:rPr>
          <w:sz w:val="24"/>
        </w:rPr>
        <w:t>воспринимать,</w:t>
      </w:r>
      <w:r>
        <w:rPr>
          <w:sz w:val="24"/>
        </w:rPr>
        <w:tab/>
        <w:t>формулировать</w:t>
      </w:r>
      <w:r>
        <w:rPr>
          <w:sz w:val="24"/>
        </w:rPr>
        <w:tab/>
        <w:t>и</w:t>
      </w:r>
      <w:r>
        <w:rPr>
          <w:sz w:val="24"/>
        </w:rPr>
        <w:tab/>
        <w:t>преобразовывать</w:t>
      </w:r>
      <w:r>
        <w:rPr>
          <w:sz w:val="24"/>
        </w:rPr>
        <w:tab/>
        <w:t>суждения:</w:t>
      </w:r>
      <w:r>
        <w:rPr>
          <w:sz w:val="24"/>
        </w:rPr>
        <w:tab/>
        <w:t>утвердительные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 единичные, частные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общие;</w:t>
      </w:r>
    </w:p>
    <w:p w14:paraId="10338918" w14:textId="77777777" w:rsidR="003A176F" w:rsidRDefault="00DB75FB">
      <w:pPr>
        <w:pStyle w:val="a7"/>
        <w:numPr>
          <w:ilvl w:val="0"/>
          <w:numId w:val="4"/>
        </w:numPr>
        <w:tabs>
          <w:tab w:val="left" w:pos="1336"/>
          <w:tab w:val="left" w:pos="1337"/>
        </w:tabs>
        <w:spacing w:line="360" w:lineRule="auto"/>
        <w:ind w:right="681" w:firstLine="720"/>
        <w:jc w:val="left"/>
        <w:rPr>
          <w:sz w:val="24"/>
        </w:rPr>
      </w:pPr>
      <w:r>
        <w:rPr>
          <w:sz w:val="24"/>
        </w:rPr>
        <w:t>условные;</w:t>
      </w:r>
      <w:r>
        <w:rPr>
          <w:spacing w:val="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утверждениях;</w:t>
      </w:r>
    </w:p>
    <w:p w14:paraId="241F1804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spacing w:line="274" w:lineRule="exact"/>
        <w:ind w:left="1187" w:hanging="363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противоречий;</w:t>
      </w:r>
    </w:p>
    <w:p w14:paraId="57E91111" w14:textId="77777777" w:rsidR="003A176F" w:rsidRDefault="00DB75FB">
      <w:pPr>
        <w:pStyle w:val="a7"/>
        <w:numPr>
          <w:ilvl w:val="0"/>
          <w:numId w:val="4"/>
        </w:numPr>
        <w:tabs>
          <w:tab w:val="left" w:pos="1433"/>
        </w:tabs>
        <w:spacing w:before="137" w:line="360" w:lineRule="auto"/>
        <w:ind w:right="229" w:firstLine="72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14:paraId="23409B2F" w14:textId="77777777" w:rsidR="003A176F" w:rsidRDefault="00DB75FB">
      <w:pPr>
        <w:pStyle w:val="a7"/>
        <w:numPr>
          <w:ilvl w:val="0"/>
          <w:numId w:val="4"/>
        </w:numPr>
        <w:tabs>
          <w:tab w:val="left" w:pos="1375"/>
        </w:tabs>
        <w:spacing w:line="360" w:lineRule="auto"/>
        <w:ind w:right="232" w:firstLine="720"/>
        <w:rPr>
          <w:sz w:val="24"/>
        </w:rPr>
      </w:pP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</w:p>
    <w:p w14:paraId="008E2408" w14:textId="77777777" w:rsidR="003A176F" w:rsidRDefault="00DB75FB">
      <w:pPr>
        <w:pStyle w:val="a7"/>
        <w:numPr>
          <w:ilvl w:val="0"/>
          <w:numId w:val="4"/>
        </w:numPr>
        <w:tabs>
          <w:tab w:val="left" w:pos="1351"/>
        </w:tabs>
        <w:spacing w:before="2" w:line="360" w:lineRule="auto"/>
        <w:ind w:right="236" w:firstLine="72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(сравнивать несколько вариантов решения, выбирать наиболее подходящий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 критериев).</w:t>
      </w:r>
    </w:p>
    <w:p w14:paraId="68090518" w14:textId="77777777" w:rsidR="003A176F" w:rsidRDefault="00DB75FB">
      <w:pPr>
        <w:pStyle w:val="1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14:paraId="3D1560C8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spacing w:before="130"/>
        <w:ind w:left="1187" w:hanging="363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познания;</w:t>
      </w:r>
    </w:p>
    <w:p w14:paraId="782EAFA5" w14:textId="77777777" w:rsidR="003A176F" w:rsidRDefault="00DB75FB">
      <w:pPr>
        <w:pStyle w:val="a7"/>
        <w:numPr>
          <w:ilvl w:val="0"/>
          <w:numId w:val="4"/>
        </w:numPr>
        <w:tabs>
          <w:tab w:val="left" w:pos="1452"/>
        </w:tabs>
        <w:spacing w:before="139" w:line="362" w:lineRule="auto"/>
        <w:ind w:right="231" w:firstLine="72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 данное, 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гипотезу,</w:t>
      </w:r>
    </w:p>
    <w:p w14:paraId="321548B9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spacing w:line="269" w:lineRule="exact"/>
        <w:ind w:left="1187" w:hanging="363"/>
        <w:rPr>
          <w:sz w:val="24"/>
        </w:rPr>
      </w:pP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14:paraId="7593BDBE" w14:textId="77777777" w:rsidR="003A176F" w:rsidRDefault="00DB75FB">
      <w:pPr>
        <w:pStyle w:val="a7"/>
        <w:numPr>
          <w:ilvl w:val="0"/>
          <w:numId w:val="4"/>
        </w:numPr>
        <w:tabs>
          <w:tab w:val="left" w:pos="1241"/>
        </w:tabs>
        <w:spacing w:before="142" w:line="360" w:lineRule="auto"/>
        <w:ind w:right="230" w:firstLine="72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собой;</w:t>
      </w:r>
    </w:p>
    <w:p w14:paraId="01CC7EED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356"/>
        </w:tabs>
        <w:spacing w:before="76" w:line="360" w:lineRule="auto"/>
        <w:ind w:right="233" w:firstLine="72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проведѐнного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 прогнозировать возможное развитие процесса, а также выдвигать предположения о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условиях.</w:t>
      </w:r>
    </w:p>
    <w:p w14:paraId="3FE30860" w14:textId="77777777" w:rsidR="003A176F" w:rsidRDefault="003A176F">
      <w:pPr>
        <w:spacing w:line="360" w:lineRule="auto"/>
        <w:jc w:val="both"/>
        <w:rPr>
          <w:sz w:val="24"/>
        </w:rPr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3DD649E0" w14:textId="77777777" w:rsidR="003A176F" w:rsidRDefault="00DB75FB">
      <w:pPr>
        <w:pStyle w:val="1"/>
      </w:pPr>
      <w:r>
        <w:lastRenderedPageBreak/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60DCF48F" w14:textId="77777777" w:rsidR="003A176F" w:rsidRDefault="00DB75FB">
      <w:pPr>
        <w:pStyle w:val="a7"/>
        <w:numPr>
          <w:ilvl w:val="0"/>
          <w:numId w:val="4"/>
        </w:numPr>
        <w:tabs>
          <w:tab w:val="left" w:pos="1365"/>
          <w:tab w:val="left" w:pos="1366"/>
        </w:tabs>
        <w:spacing w:before="130" w:line="360" w:lineRule="auto"/>
        <w:ind w:right="674" w:firstLine="72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задачи;</w:t>
      </w:r>
    </w:p>
    <w:p w14:paraId="179EF827" w14:textId="77777777" w:rsidR="003A176F" w:rsidRDefault="00DB75FB">
      <w:pPr>
        <w:pStyle w:val="a7"/>
        <w:numPr>
          <w:ilvl w:val="0"/>
          <w:numId w:val="4"/>
        </w:numPr>
        <w:tabs>
          <w:tab w:val="left" w:pos="1203"/>
        </w:tabs>
        <w:spacing w:line="360" w:lineRule="auto"/>
        <w:ind w:right="269" w:firstLine="720"/>
        <w:jc w:val="left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представления;</w:t>
      </w:r>
    </w:p>
    <w:p w14:paraId="48A2C0B7" w14:textId="77777777" w:rsidR="003A176F" w:rsidRDefault="00DB75FB">
      <w:pPr>
        <w:pStyle w:val="a7"/>
        <w:numPr>
          <w:ilvl w:val="0"/>
          <w:numId w:val="4"/>
        </w:numPr>
        <w:tabs>
          <w:tab w:val="left" w:pos="1403"/>
          <w:tab w:val="left" w:pos="1404"/>
        </w:tabs>
        <w:spacing w:line="360" w:lineRule="auto"/>
        <w:ind w:right="675" w:firstLine="72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14:paraId="26C81070" w14:textId="77777777" w:rsidR="003A176F" w:rsidRDefault="00DB75FB">
      <w:pPr>
        <w:pStyle w:val="a7"/>
        <w:numPr>
          <w:ilvl w:val="0"/>
          <w:numId w:val="4"/>
        </w:numPr>
        <w:tabs>
          <w:tab w:val="left" w:pos="1432"/>
          <w:tab w:val="left" w:pos="1433"/>
        </w:tabs>
        <w:spacing w:line="362" w:lineRule="auto"/>
        <w:ind w:right="1084" w:firstLine="720"/>
        <w:jc w:val="left"/>
        <w:rPr>
          <w:sz w:val="24"/>
        </w:rPr>
      </w:pPr>
      <w:r>
        <w:rPr>
          <w:sz w:val="24"/>
        </w:rPr>
        <w:t xml:space="preserve">оценивать </w:t>
      </w:r>
      <w:proofErr w:type="spellStart"/>
      <w:r>
        <w:rPr>
          <w:sz w:val="24"/>
        </w:rPr>
        <w:t>надѐжность</w:t>
      </w:r>
      <w:proofErr w:type="spellEnd"/>
      <w:r>
        <w:rPr>
          <w:sz w:val="24"/>
        </w:rPr>
        <w:t xml:space="preserve">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14:paraId="642B5800" w14:textId="77777777" w:rsidR="003A176F" w:rsidRDefault="00DB75FB">
      <w:pPr>
        <w:pStyle w:val="a7"/>
        <w:numPr>
          <w:ilvl w:val="0"/>
          <w:numId w:val="2"/>
        </w:numPr>
        <w:tabs>
          <w:tab w:val="left" w:pos="2003"/>
          <w:tab w:val="left" w:pos="2004"/>
        </w:tabs>
        <w:spacing w:line="360" w:lineRule="auto"/>
        <w:ind w:right="485" w:firstLine="144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 обучающихся.</w:t>
      </w:r>
    </w:p>
    <w:p w14:paraId="6DDBE47E" w14:textId="77777777" w:rsidR="003A176F" w:rsidRDefault="00DB75FB">
      <w:pPr>
        <w:pStyle w:val="1"/>
        <w:spacing w:before="2"/>
        <w:jc w:val="left"/>
      </w:pPr>
      <w:r>
        <w:t>Общение:</w:t>
      </w:r>
    </w:p>
    <w:p w14:paraId="27D9B694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spacing w:before="130"/>
        <w:ind w:left="1187" w:hanging="363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14:paraId="663E0888" w14:textId="77777777" w:rsidR="003A176F" w:rsidRDefault="00DB75FB">
      <w:pPr>
        <w:pStyle w:val="a7"/>
        <w:numPr>
          <w:ilvl w:val="0"/>
          <w:numId w:val="4"/>
        </w:numPr>
        <w:tabs>
          <w:tab w:val="left" w:pos="1299"/>
        </w:tabs>
        <w:spacing w:before="137" w:line="360" w:lineRule="auto"/>
        <w:ind w:right="220" w:firstLine="72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 нацеленные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решения;</w:t>
      </w:r>
    </w:p>
    <w:p w14:paraId="74DA2F28" w14:textId="77777777" w:rsidR="003A176F" w:rsidRDefault="00DB75FB">
      <w:pPr>
        <w:pStyle w:val="a7"/>
        <w:numPr>
          <w:ilvl w:val="0"/>
          <w:numId w:val="4"/>
        </w:numPr>
        <w:tabs>
          <w:tab w:val="left" w:pos="1289"/>
        </w:tabs>
        <w:spacing w:line="360" w:lineRule="auto"/>
        <w:ind w:right="245" w:firstLine="72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 сходство позиций;</w:t>
      </w:r>
    </w:p>
    <w:p w14:paraId="715004FE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ind w:left="1187" w:hanging="363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возражения;</w:t>
      </w:r>
    </w:p>
    <w:p w14:paraId="25DC8108" w14:textId="77777777" w:rsidR="003A176F" w:rsidRDefault="00DB75FB">
      <w:pPr>
        <w:pStyle w:val="a7"/>
        <w:numPr>
          <w:ilvl w:val="0"/>
          <w:numId w:val="4"/>
        </w:numPr>
        <w:tabs>
          <w:tab w:val="left" w:pos="1188"/>
        </w:tabs>
        <w:spacing w:before="140"/>
        <w:ind w:left="1187" w:hanging="363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проекта;</w:t>
      </w:r>
    </w:p>
    <w:p w14:paraId="174ED405" w14:textId="77777777" w:rsidR="003A176F" w:rsidRDefault="00DB75FB">
      <w:pPr>
        <w:pStyle w:val="a7"/>
        <w:numPr>
          <w:ilvl w:val="0"/>
          <w:numId w:val="4"/>
        </w:numPr>
        <w:tabs>
          <w:tab w:val="left" w:pos="1470"/>
          <w:tab w:val="left" w:pos="1471"/>
          <w:tab w:val="left" w:pos="3288"/>
          <w:tab w:val="left" w:pos="4456"/>
          <w:tab w:val="left" w:pos="5414"/>
          <w:tab w:val="left" w:pos="6943"/>
          <w:tab w:val="left" w:pos="7255"/>
        </w:tabs>
        <w:spacing w:before="139" w:line="360" w:lineRule="auto"/>
        <w:ind w:right="372" w:firstLine="72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формат</w:t>
      </w:r>
      <w:r>
        <w:rPr>
          <w:sz w:val="24"/>
        </w:rPr>
        <w:tab/>
        <w:t>выступления</w:t>
      </w:r>
      <w:r>
        <w:rPr>
          <w:sz w:val="24"/>
        </w:rPr>
        <w:tab/>
        <w:t>с</w:t>
      </w:r>
      <w:r>
        <w:rPr>
          <w:sz w:val="24"/>
        </w:rPr>
        <w:tab/>
      </w:r>
      <w:proofErr w:type="spellStart"/>
      <w:r>
        <w:rPr>
          <w:sz w:val="24"/>
        </w:rPr>
        <w:t>учѐтом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аудитории.</w:t>
      </w:r>
    </w:p>
    <w:p w14:paraId="46287B90" w14:textId="77777777" w:rsidR="003A176F" w:rsidRDefault="00DB75FB">
      <w:pPr>
        <w:pStyle w:val="1"/>
        <w:spacing w:before="10"/>
        <w:jc w:val="left"/>
      </w:pPr>
      <w:r>
        <w:t>Сотрудничество:</w:t>
      </w:r>
    </w:p>
    <w:p w14:paraId="1A19228D" w14:textId="77777777" w:rsidR="003A176F" w:rsidRDefault="00DB75FB">
      <w:pPr>
        <w:pStyle w:val="a7"/>
        <w:numPr>
          <w:ilvl w:val="0"/>
          <w:numId w:val="4"/>
        </w:numPr>
        <w:tabs>
          <w:tab w:val="left" w:pos="1360"/>
          <w:tab w:val="left" w:pos="1361"/>
        </w:tabs>
        <w:spacing w:before="129" w:line="360" w:lineRule="auto"/>
        <w:ind w:right="740" w:firstLine="72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14:paraId="514F2987" w14:textId="77777777" w:rsidR="003A176F" w:rsidRDefault="00DB75FB">
      <w:pPr>
        <w:pStyle w:val="a7"/>
        <w:numPr>
          <w:ilvl w:val="0"/>
          <w:numId w:val="4"/>
        </w:numPr>
        <w:tabs>
          <w:tab w:val="left" w:pos="1222"/>
        </w:tabs>
        <w:spacing w:before="1" w:line="360" w:lineRule="auto"/>
        <w:ind w:right="261" w:firstLine="72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цель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договариваться, 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64F9039F" w14:textId="77777777" w:rsidR="003A176F" w:rsidRDefault="00DB75FB">
      <w:pPr>
        <w:pStyle w:val="a7"/>
        <w:numPr>
          <w:ilvl w:val="0"/>
          <w:numId w:val="4"/>
        </w:numPr>
        <w:tabs>
          <w:tab w:val="left" w:pos="1439"/>
          <w:tab w:val="left" w:pos="1440"/>
        </w:tabs>
        <w:spacing w:line="360" w:lineRule="auto"/>
        <w:ind w:right="1211" w:firstLine="720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 нескольких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 групповых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472C5F1B" w14:textId="3CF4A2F5" w:rsidR="003A176F" w:rsidRPr="000D08C5" w:rsidRDefault="00DB75FB" w:rsidP="000D08C5">
      <w:pPr>
        <w:pStyle w:val="a7"/>
        <w:numPr>
          <w:ilvl w:val="0"/>
          <w:numId w:val="4"/>
        </w:numPr>
        <w:tabs>
          <w:tab w:val="left" w:pos="1326"/>
          <w:tab w:val="left" w:pos="1327"/>
        </w:tabs>
        <w:spacing w:line="360" w:lineRule="auto"/>
        <w:ind w:right="863" w:firstLine="72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команды;</w:t>
      </w:r>
    </w:p>
    <w:p w14:paraId="70071E0B" w14:textId="77777777" w:rsidR="000D08C5" w:rsidRDefault="000D08C5" w:rsidP="000D08C5">
      <w:pPr>
        <w:pStyle w:val="a7"/>
        <w:numPr>
          <w:ilvl w:val="0"/>
          <w:numId w:val="4"/>
        </w:numPr>
        <w:tabs>
          <w:tab w:val="left" w:pos="1269"/>
          <w:tab w:val="left" w:pos="1270"/>
        </w:tabs>
        <w:spacing w:before="76" w:line="360" w:lineRule="auto"/>
        <w:ind w:right="266" w:firstLine="72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общий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взаимодействия.</w:t>
      </w:r>
    </w:p>
    <w:p w14:paraId="1D2E012C" w14:textId="77777777" w:rsidR="000D08C5" w:rsidRDefault="000D08C5">
      <w:pPr>
        <w:spacing w:line="360" w:lineRule="auto"/>
        <w:rPr>
          <w:sz w:val="24"/>
        </w:rPr>
        <w:sectPr w:rsidR="000D08C5">
          <w:pgSz w:w="11900" w:h="16860"/>
          <w:pgMar w:top="200" w:right="560" w:bottom="280" w:left="560" w:header="720" w:footer="720" w:gutter="0"/>
          <w:cols w:space="720"/>
        </w:sectPr>
      </w:pPr>
    </w:p>
    <w:p w14:paraId="770F9C2C" w14:textId="77777777" w:rsidR="003A176F" w:rsidRDefault="00DB75FB">
      <w:pPr>
        <w:pStyle w:val="a7"/>
        <w:numPr>
          <w:ilvl w:val="0"/>
          <w:numId w:val="2"/>
        </w:numPr>
        <w:tabs>
          <w:tab w:val="left" w:pos="1937"/>
        </w:tabs>
        <w:spacing w:line="360" w:lineRule="auto"/>
        <w:ind w:right="251" w:firstLine="1440"/>
        <w:jc w:val="left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30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3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жизненных навыков личности.</w:t>
      </w:r>
    </w:p>
    <w:p w14:paraId="2CE73D12" w14:textId="77777777" w:rsidR="003A176F" w:rsidRDefault="00DB75FB">
      <w:pPr>
        <w:pStyle w:val="1"/>
        <w:jc w:val="left"/>
      </w:pPr>
      <w:r>
        <w:t>Самоорганизация:</w:t>
      </w:r>
    </w:p>
    <w:p w14:paraId="3E1EA365" w14:textId="77777777" w:rsidR="003A176F" w:rsidRDefault="00DB75FB">
      <w:pPr>
        <w:pStyle w:val="a7"/>
        <w:numPr>
          <w:ilvl w:val="0"/>
          <w:numId w:val="4"/>
        </w:numPr>
        <w:tabs>
          <w:tab w:val="left" w:pos="1299"/>
        </w:tabs>
        <w:spacing w:before="130" w:line="360" w:lineRule="auto"/>
        <w:ind w:right="238" w:firstLine="72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 решения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имеющихся ресурсов и собственных возможностей,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варианты решений 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новой информации.</w:t>
      </w:r>
    </w:p>
    <w:p w14:paraId="386F3AF3" w14:textId="77777777" w:rsidR="003A176F" w:rsidRDefault="00DB75FB">
      <w:pPr>
        <w:pStyle w:val="1"/>
        <w:jc w:val="left"/>
      </w:pPr>
      <w:r>
        <w:t>Самоконтроль:</w:t>
      </w:r>
    </w:p>
    <w:p w14:paraId="1E354D47" w14:textId="77777777" w:rsidR="003A176F" w:rsidRDefault="00DB75FB">
      <w:pPr>
        <w:pStyle w:val="a7"/>
        <w:numPr>
          <w:ilvl w:val="0"/>
          <w:numId w:val="4"/>
        </w:numPr>
        <w:tabs>
          <w:tab w:val="left" w:pos="1433"/>
        </w:tabs>
        <w:spacing w:before="130" w:line="360" w:lineRule="auto"/>
        <w:ind w:right="230" w:firstLine="72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7DE25DD4" w14:textId="77777777" w:rsidR="003A176F" w:rsidRDefault="00DB75FB">
      <w:pPr>
        <w:pStyle w:val="a7"/>
        <w:numPr>
          <w:ilvl w:val="0"/>
          <w:numId w:val="4"/>
        </w:numPr>
        <w:tabs>
          <w:tab w:val="left" w:pos="1419"/>
        </w:tabs>
        <w:spacing w:line="360" w:lineRule="auto"/>
        <w:ind w:right="234" w:firstLine="720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14:paraId="70368154" w14:textId="665E69FD" w:rsidR="003A176F" w:rsidRDefault="00DB75FB">
      <w:pPr>
        <w:pStyle w:val="a7"/>
        <w:numPr>
          <w:ilvl w:val="0"/>
          <w:numId w:val="4"/>
        </w:numPr>
        <w:tabs>
          <w:tab w:val="left" w:pos="1419"/>
        </w:tabs>
        <w:spacing w:before="2" w:line="360" w:lineRule="auto"/>
        <w:ind w:right="223" w:firstLine="72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 w:rsidR="00B345FA">
        <w:rPr>
          <w:sz w:val="24"/>
        </w:rPr>
        <w:t>приобретё</w:t>
      </w:r>
      <w:r>
        <w:rPr>
          <w:sz w:val="24"/>
        </w:rPr>
        <w:t>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опыту.</w:t>
      </w:r>
    </w:p>
    <w:p w14:paraId="760C6255" w14:textId="77777777" w:rsidR="003A176F" w:rsidRDefault="00DB75FB">
      <w:pPr>
        <w:pStyle w:val="1"/>
        <w:spacing w:before="6" w:line="360" w:lineRule="auto"/>
        <w:ind w:right="6409"/>
        <w:jc w:val="left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54254998" w14:textId="77777777" w:rsidR="003A176F" w:rsidRDefault="00DB75FB">
      <w:pPr>
        <w:ind w:left="827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вычисления</w:t>
      </w:r>
    </w:p>
    <w:p w14:paraId="358529A8" w14:textId="77777777" w:rsidR="003A176F" w:rsidRDefault="00DB75FB">
      <w:pPr>
        <w:pStyle w:val="a5"/>
        <w:spacing w:before="132" w:line="360" w:lineRule="auto"/>
        <w:ind w:right="708" w:firstLine="1440"/>
        <w:jc w:val="left"/>
      </w:pPr>
      <w:r>
        <w:t>Понимать и правильно употреблять термины, связанные с натуральными числами,</w:t>
      </w:r>
      <w:r>
        <w:rPr>
          <w:spacing w:val="-57"/>
        </w:rPr>
        <w:t xml:space="preserve"> </w:t>
      </w:r>
      <w:r>
        <w:t>обыкновенными</w:t>
      </w:r>
      <w:r>
        <w:rPr>
          <w:spacing w:val="-4"/>
        </w:rPr>
        <w:t xml:space="preserve"> </w:t>
      </w:r>
      <w:r>
        <w:t>и десятичными дробями.</w:t>
      </w:r>
    </w:p>
    <w:p w14:paraId="509BD8EA" w14:textId="77777777" w:rsidR="003A176F" w:rsidRDefault="00DB75FB">
      <w:pPr>
        <w:pStyle w:val="a5"/>
        <w:spacing w:before="1" w:line="360" w:lineRule="auto"/>
        <w:ind w:firstLine="1440"/>
        <w:jc w:val="left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натуральные числа,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 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обыкновенные</w:t>
      </w:r>
      <w:r>
        <w:rPr>
          <w:spacing w:val="-4"/>
        </w:rPr>
        <w:t xml:space="preserve"> </w:t>
      </w:r>
      <w:r>
        <w:t>дроби, десятичные</w:t>
      </w:r>
      <w:r>
        <w:rPr>
          <w:spacing w:val="-3"/>
        </w:rPr>
        <w:t xml:space="preserve"> </w:t>
      </w:r>
      <w:r>
        <w:t>дроби.</w:t>
      </w:r>
    </w:p>
    <w:p w14:paraId="05DD5C68" w14:textId="77777777" w:rsidR="003A176F" w:rsidRDefault="00DB75FB">
      <w:pPr>
        <w:pStyle w:val="a5"/>
        <w:spacing w:line="360" w:lineRule="auto"/>
        <w:ind w:right="235" w:firstLine="1440"/>
        <w:jc w:val="left"/>
      </w:pPr>
      <w:r>
        <w:t>Соотносить</w:t>
      </w:r>
      <w:r>
        <w:rPr>
          <w:spacing w:val="14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координатной</w:t>
      </w:r>
      <w:r>
        <w:rPr>
          <w:spacing w:val="17"/>
        </w:rPr>
        <w:t xml:space="preserve"> </w:t>
      </w:r>
      <w:r>
        <w:t>(числовой)</w:t>
      </w:r>
      <w:r>
        <w:rPr>
          <w:spacing w:val="19"/>
        </w:rPr>
        <w:t xml:space="preserve"> </w:t>
      </w:r>
      <w:r>
        <w:t>прямой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соответствующим</w:t>
      </w:r>
      <w:r>
        <w:rPr>
          <w:spacing w:val="16"/>
        </w:rPr>
        <w:t xml:space="preserve"> </w:t>
      </w:r>
      <w:r>
        <w:t>ей</w:t>
      </w:r>
      <w:r>
        <w:rPr>
          <w:spacing w:val="15"/>
        </w:rPr>
        <w:t xml:space="preserve"> </w:t>
      </w:r>
      <w:r>
        <w:t>числом</w:t>
      </w:r>
      <w:r>
        <w:rPr>
          <w:spacing w:val="-57"/>
        </w:rPr>
        <w:t xml:space="preserve"> </w:t>
      </w:r>
      <w:r>
        <w:t>и изображать</w:t>
      </w:r>
      <w:r>
        <w:rPr>
          <w:spacing w:val="-2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координатной</w:t>
      </w:r>
      <w:r>
        <w:rPr>
          <w:spacing w:val="2"/>
        </w:rPr>
        <w:t xml:space="preserve"> </w:t>
      </w:r>
      <w:r>
        <w:t>(числовой)</w:t>
      </w:r>
      <w:r>
        <w:rPr>
          <w:spacing w:val="-2"/>
        </w:rPr>
        <w:t xml:space="preserve"> </w:t>
      </w:r>
      <w:r>
        <w:t>прямой.</w:t>
      </w:r>
    </w:p>
    <w:p w14:paraId="182EBBA1" w14:textId="77777777" w:rsidR="003A176F" w:rsidRDefault="00DB75FB">
      <w:pPr>
        <w:pStyle w:val="a5"/>
        <w:spacing w:line="360" w:lineRule="auto"/>
        <w:ind w:firstLine="1440"/>
        <w:jc w:val="left"/>
      </w:pPr>
      <w:r>
        <w:t>Выполнять</w:t>
      </w:r>
      <w:r>
        <w:rPr>
          <w:spacing w:val="9"/>
        </w:rPr>
        <w:t xml:space="preserve"> </w:t>
      </w:r>
      <w:r>
        <w:t>арифметические</w:t>
      </w:r>
      <w:r>
        <w:rPr>
          <w:spacing w:val="6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натуральными</w:t>
      </w:r>
      <w:r>
        <w:rPr>
          <w:spacing w:val="10"/>
        </w:rPr>
        <w:t xml:space="preserve"> </w:t>
      </w:r>
      <w:r>
        <w:t>числами,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обыкновенными</w:t>
      </w:r>
      <w:r>
        <w:rPr>
          <w:spacing w:val="-57"/>
        </w:rPr>
        <w:t xml:space="preserve"> </w:t>
      </w:r>
      <w:r>
        <w:t>дробями в</w:t>
      </w:r>
      <w:r>
        <w:rPr>
          <w:spacing w:val="-3"/>
        </w:rPr>
        <w:t xml:space="preserve"> </w:t>
      </w:r>
      <w:r>
        <w:t>простейших случаях.</w:t>
      </w:r>
    </w:p>
    <w:p w14:paraId="53E0CBA8" w14:textId="77777777" w:rsidR="003A176F" w:rsidRDefault="00DB75FB">
      <w:pPr>
        <w:pStyle w:val="a5"/>
        <w:spacing w:line="360" w:lineRule="auto"/>
        <w:ind w:left="827" w:right="3157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проверку,</w:t>
      </w:r>
      <w:r>
        <w:rPr>
          <w:spacing w:val="-3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вычислений.</w:t>
      </w:r>
      <w:r>
        <w:rPr>
          <w:spacing w:val="-57"/>
        </w:rPr>
        <w:t xml:space="preserve"> </w:t>
      </w:r>
      <w:r>
        <w:t>Округлять натуральные</w:t>
      </w:r>
      <w:r>
        <w:rPr>
          <w:spacing w:val="-2"/>
        </w:rPr>
        <w:t xml:space="preserve"> </w:t>
      </w:r>
      <w:r>
        <w:t>числа.</w:t>
      </w:r>
    </w:p>
    <w:p w14:paraId="71F1C066" w14:textId="77777777" w:rsidR="003A176F" w:rsidRDefault="00DB75FB">
      <w:pPr>
        <w:pStyle w:val="1"/>
        <w:spacing w:before="10"/>
        <w:jc w:val="left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</w:t>
      </w:r>
    </w:p>
    <w:p w14:paraId="626EF71F" w14:textId="77777777" w:rsidR="003A176F" w:rsidRDefault="00DB75FB">
      <w:pPr>
        <w:pStyle w:val="a5"/>
        <w:spacing w:before="127" w:line="360" w:lineRule="auto"/>
        <w:ind w:firstLine="1440"/>
        <w:jc w:val="left"/>
      </w:pPr>
      <w:r>
        <w:t>Решать</w:t>
      </w:r>
      <w:r>
        <w:rPr>
          <w:spacing w:val="44"/>
        </w:rPr>
        <w:t xml:space="preserve"> </w:t>
      </w:r>
      <w:r>
        <w:t>текстовые</w:t>
      </w:r>
      <w:r>
        <w:rPr>
          <w:spacing w:val="41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арифметическим</w:t>
      </w:r>
      <w:r>
        <w:rPr>
          <w:spacing w:val="42"/>
        </w:rPr>
        <w:t xml:space="preserve"> </w:t>
      </w:r>
      <w:r>
        <w:t>способом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организованного</w:t>
      </w:r>
      <w:r>
        <w:rPr>
          <w:spacing w:val="-57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вариантов.</w:t>
      </w:r>
    </w:p>
    <w:p w14:paraId="560B5A05" w14:textId="77777777" w:rsidR="003A176F" w:rsidRDefault="00DB75FB">
      <w:pPr>
        <w:pStyle w:val="a5"/>
        <w:spacing w:line="360" w:lineRule="auto"/>
        <w:ind w:firstLine="1440"/>
        <w:jc w:val="left"/>
      </w:pPr>
      <w:r>
        <w:t>Решать</w:t>
      </w:r>
      <w:r>
        <w:rPr>
          <w:spacing w:val="47"/>
        </w:rPr>
        <w:t xml:space="preserve"> </w:t>
      </w:r>
      <w:r>
        <w:t>задачи,</w:t>
      </w:r>
      <w:r>
        <w:rPr>
          <w:spacing w:val="47"/>
        </w:rPr>
        <w:t xml:space="preserve"> </w:t>
      </w:r>
      <w:r>
        <w:t>содержащие</w:t>
      </w:r>
      <w:r>
        <w:rPr>
          <w:spacing w:val="43"/>
        </w:rPr>
        <w:t xml:space="preserve"> </w:t>
      </w:r>
      <w:r>
        <w:t>зависимости,</w:t>
      </w:r>
      <w:r>
        <w:rPr>
          <w:spacing w:val="49"/>
        </w:rPr>
        <w:t xml:space="preserve"> </w:t>
      </w:r>
      <w:r>
        <w:t>связывающие</w:t>
      </w:r>
      <w:r>
        <w:rPr>
          <w:spacing w:val="43"/>
        </w:rPr>
        <w:t xml:space="preserve"> </w:t>
      </w:r>
      <w:r>
        <w:t>величины:</w:t>
      </w:r>
      <w:r>
        <w:rPr>
          <w:spacing w:val="45"/>
        </w:rPr>
        <w:t xml:space="preserve"> </w:t>
      </w:r>
      <w:r>
        <w:t>скорость,</w:t>
      </w:r>
      <w:r>
        <w:rPr>
          <w:spacing w:val="48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расстояние; цена, количество,</w:t>
      </w:r>
      <w:r>
        <w:rPr>
          <w:spacing w:val="1"/>
        </w:rPr>
        <w:t xml:space="preserve"> </w:t>
      </w:r>
      <w:r>
        <w:t>стоимость.</w:t>
      </w:r>
    </w:p>
    <w:p w14:paraId="0C895207" w14:textId="77777777" w:rsidR="003A176F" w:rsidRDefault="00DB75FB">
      <w:pPr>
        <w:pStyle w:val="a5"/>
        <w:spacing w:line="274" w:lineRule="exact"/>
        <w:ind w:left="827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краткие</w:t>
      </w:r>
      <w:r>
        <w:rPr>
          <w:spacing w:val="-7"/>
        </w:rPr>
        <w:t xml:space="preserve"> </w:t>
      </w:r>
      <w:r>
        <w:t>записи,</w:t>
      </w:r>
      <w:r>
        <w:rPr>
          <w:spacing w:val="-4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задач.</w:t>
      </w:r>
    </w:p>
    <w:p w14:paraId="2C97D984" w14:textId="77777777" w:rsidR="000D08C5" w:rsidRDefault="000D08C5" w:rsidP="000D08C5">
      <w:pPr>
        <w:pStyle w:val="a5"/>
        <w:spacing w:before="76" w:line="360" w:lineRule="auto"/>
        <w:ind w:firstLine="1440"/>
        <w:jc w:val="left"/>
      </w:pPr>
      <w:r>
        <w:t>Пользоваться</w:t>
      </w:r>
      <w:r>
        <w:rPr>
          <w:spacing w:val="43"/>
        </w:rPr>
        <w:t xml:space="preserve"> </w:t>
      </w:r>
      <w:r>
        <w:t>основными</w:t>
      </w:r>
      <w:r>
        <w:rPr>
          <w:spacing w:val="45"/>
        </w:rPr>
        <w:t xml:space="preserve"> </w:t>
      </w:r>
      <w:r>
        <w:t>единицами</w:t>
      </w:r>
      <w:r>
        <w:rPr>
          <w:spacing w:val="43"/>
        </w:rPr>
        <w:t xml:space="preserve"> </w:t>
      </w:r>
      <w:r>
        <w:t>измерения:</w:t>
      </w:r>
      <w:r>
        <w:rPr>
          <w:spacing w:val="43"/>
        </w:rPr>
        <w:t xml:space="preserve"> </w:t>
      </w:r>
      <w:r>
        <w:t>цены,</w:t>
      </w:r>
      <w:r>
        <w:rPr>
          <w:spacing w:val="41"/>
        </w:rPr>
        <w:t xml:space="preserve"> </w:t>
      </w:r>
      <w:r>
        <w:t>массы;</w:t>
      </w:r>
      <w:r>
        <w:rPr>
          <w:spacing w:val="42"/>
        </w:rPr>
        <w:t xml:space="preserve"> </w:t>
      </w:r>
      <w:r>
        <w:t>расстояния,</w:t>
      </w:r>
      <w:r>
        <w:rPr>
          <w:spacing w:val="45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скорости; выражать одни единицы</w:t>
      </w:r>
      <w:r>
        <w:rPr>
          <w:spacing w:val="-1"/>
        </w:rPr>
        <w:t xml:space="preserve"> </w:t>
      </w:r>
      <w:proofErr w:type="gramStart"/>
      <w:r>
        <w:t>вели-</w:t>
      </w:r>
      <w:r>
        <w:rPr>
          <w:spacing w:val="-4"/>
        </w:rPr>
        <w:t xml:space="preserve"> </w:t>
      </w:r>
      <w:r>
        <w:t>чины</w:t>
      </w:r>
      <w:proofErr w:type="gramEnd"/>
      <w:r>
        <w:rPr>
          <w:spacing w:val="-3"/>
        </w:rPr>
        <w:t xml:space="preserve"> </w:t>
      </w:r>
      <w:r>
        <w:t>через другие.</w:t>
      </w:r>
    </w:p>
    <w:p w14:paraId="4E3E3643" w14:textId="77777777" w:rsidR="000D08C5" w:rsidRDefault="000D08C5" w:rsidP="000D08C5">
      <w:pPr>
        <w:pStyle w:val="a5"/>
        <w:spacing w:line="360" w:lineRule="auto"/>
        <w:jc w:val="left"/>
      </w:pPr>
      <w:r>
        <w:t>Извлекать, анализировать, оценивать информацию, представленную в таблице, на столбчатой</w:t>
      </w:r>
      <w:r>
        <w:rPr>
          <w:spacing w:val="-57"/>
        </w:rPr>
        <w:t xml:space="preserve"> </w:t>
      </w:r>
      <w:r>
        <w:t>диаграмме,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14:paraId="0B1C92B7" w14:textId="77777777" w:rsidR="003A176F" w:rsidRDefault="003A176F">
      <w:pPr>
        <w:spacing w:line="274" w:lineRule="exact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56432D38" w14:textId="77777777" w:rsidR="003A176F" w:rsidRDefault="00DB75FB">
      <w:pPr>
        <w:pStyle w:val="1"/>
        <w:jc w:val="left"/>
      </w:pPr>
      <w:r>
        <w:lastRenderedPageBreak/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6A2A9695" w14:textId="77777777" w:rsidR="003A176F" w:rsidRDefault="00DB75FB">
      <w:pPr>
        <w:pStyle w:val="a5"/>
        <w:tabs>
          <w:tab w:val="left" w:pos="3141"/>
          <w:tab w:val="left" w:pos="5143"/>
          <w:tab w:val="left" w:pos="6523"/>
          <w:tab w:val="left" w:pos="7356"/>
          <w:tab w:val="left" w:pos="8357"/>
          <w:tab w:val="left" w:pos="9406"/>
          <w:tab w:val="left" w:pos="10033"/>
        </w:tabs>
        <w:spacing w:before="130" w:line="360" w:lineRule="auto"/>
        <w:ind w:right="235" w:firstLine="1440"/>
        <w:jc w:val="left"/>
      </w:pPr>
      <w:r>
        <w:t>Пользоваться</w:t>
      </w:r>
      <w:r>
        <w:tab/>
        <w:t>геометрическими</w:t>
      </w:r>
      <w:r>
        <w:tab/>
        <w:t>понятиями:</w:t>
      </w:r>
      <w:r>
        <w:tab/>
        <w:t>точка,</w:t>
      </w:r>
      <w:r>
        <w:tab/>
        <w:t>прямая,</w:t>
      </w:r>
      <w:r>
        <w:tab/>
        <w:t>отрезок,</w:t>
      </w:r>
      <w:r>
        <w:tab/>
        <w:t>луч,</w:t>
      </w:r>
      <w:r>
        <w:tab/>
      </w:r>
      <w:r>
        <w:rPr>
          <w:spacing w:val="-3"/>
        </w:rPr>
        <w:t>угол,</w:t>
      </w:r>
      <w:r>
        <w:rPr>
          <w:spacing w:val="-57"/>
        </w:rPr>
        <w:t xml:space="preserve"> </w:t>
      </w:r>
      <w:r>
        <w:t>многоугольник, окружность, круг.</w:t>
      </w:r>
    </w:p>
    <w:p w14:paraId="7EDFB8C7" w14:textId="77777777" w:rsidR="003A176F" w:rsidRDefault="00DB75FB">
      <w:pPr>
        <w:pStyle w:val="a5"/>
        <w:spacing w:line="360" w:lineRule="auto"/>
        <w:ind w:firstLine="1440"/>
        <w:jc w:val="left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 изученных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14:paraId="67C0A4A6" w14:textId="77777777" w:rsidR="003A176F" w:rsidRDefault="00DB75FB">
      <w:pPr>
        <w:pStyle w:val="a5"/>
        <w:tabs>
          <w:tab w:val="left" w:pos="3264"/>
          <w:tab w:val="left" w:pos="5140"/>
          <w:tab w:val="left" w:pos="6533"/>
          <w:tab w:val="left" w:pos="6953"/>
          <w:tab w:val="left" w:pos="8053"/>
          <w:tab w:val="left" w:pos="9250"/>
          <w:tab w:val="left" w:pos="10434"/>
        </w:tabs>
        <w:spacing w:line="360" w:lineRule="auto"/>
        <w:ind w:right="236" w:firstLine="1440"/>
        <w:jc w:val="left"/>
      </w:pPr>
      <w:r>
        <w:t>Использовать</w:t>
      </w:r>
      <w:r>
        <w:tab/>
        <w:t>терминологию,</w:t>
      </w:r>
      <w:r>
        <w:tab/>
        <w:t>связанную</w:t>
      </w:r>
      <w:r>
        <w:tab/>
        <w:t>с</w:t>
      </w:r>
      <w:r>
        <w:tab/>
        <w:t>углами:</w:t>
      </w:r>
      <w:r>
        <w:tab/>
        <w:t>вершина</w:t>
      </w:r>
      <w:r>
        <w:tab/>
        <w:t>сторона;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многоугольниками: угол,</w:t>
      </w:r>
      <w:r>
        <w:rPr>
          <w:spacing w:val="-2"/>
        </w:rPr>
        <w:t xml:space="preserve"> </w:t>
      </w:r>
      <w:r>
        <w:t>вершина,</w:t>
      </w:r>
      <w:r>
        <w:rPr>
          <w:spacing w:val="-4"/>
        </w:rPr>
        <w:t xml:space="preserve"> </w:t>
      </w:r>
      <w:r>
        <w:t>сторона,</w:t>
      </w:r>
      <w:r>
        <w:rPr>
          <w:spacing w:val="-4"/>
        </w:rPr>
        <w:t xml:space="preserve"> </w:t>
      </w:r>
      <w:r>
        <w:t>диагональ;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окружностью:</w:t>
      </w:r>
      <w:r>
        <w:rPr>
          <w:spacing w:val="-3"/>
        </w:rPr>
        <w:t xml:space="preserve"> </w:t>
      </w:r>
      <w:r>
        <w:t>радиус,</w:t>
      </w:r>
      <w:r>
        <w:rPr>
          <w:spacing w:val="-4"/>
        </w:rPr>
        <w:t xml:space="preserve"> </w:t>
      </w:r>
      <w:r>
        <w:t>диаметр,</w:t>
      </w:r>
      <w:r>
        <w:rPr>
          <w:spacing w:val="-4"/>
        </w:rPr>
        <w:t xml:space="preserve"> </w:t>
      </w:r>
      <w:r>
        <w:t>центр.</w:t>
      </w:r>
    </w:p>
    <w:p w14:paraId="647965F8" w14:textId="77777777" w:rsidR="003A176F" w:rsidRDefault="00DB75FB">
      <w:pPr>
        <w:pStyle w:val="a5"/>
        <w:spacing w:line="362" w:lineRule="auto"/>
        <w:ind w:firstLine="1440"/>
        <w:jc w:val="left"/>
      </w:pPr>
      <w:r>
        <w:t>Изображать</w:t>
      </w:r>
      <w:r>
        <w:rPr>
          <w:spacing w:val="2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 нелинованной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клетчатой</w:t>
      </w:r>
      <w:r>
        <w:rPr>
          <w:spacing w:val="3"/>
        </w:rPr>
        <w:t xml:space="preserve"> </w:t>
      </w:r>
      <w:r>
        <w:t>бумаге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 и</w:t>
      </w:r>
      <w:r>
        <w:rPr>
          <w:spacing w:val="1"/>
        </w:rPr>
        <w:t xml:space="preserve"> </w:t>
      </w:r>
      <w:r>
        <w:t>линейки.</w:t>
      </w:r>
    </w:p>
    <w:p w14:paraId="2049C9FD" w14:textId="77777777" w:rsidR="003A176F" w:rsidRDefault="00DB75FB">
      <w:pPr>
        <w:pStyle w:val="a5"/>
        <w:spacing w:line="360" w:lineRule="auto"/>
        <w:ind w:right="708"/>
        <w:jc w:val="left"/>
      </w:pPr>
      <w:r>
        <w:t>Находить</w:t>
      </w:r>
      <w:r>
        <w:rPr>
          <w:spacing w:val="24"/>
        </w:rPr>
        <w:t xml:space="preserve"> </w:t>
      </w:r>
      <w:r>
        <w:t>длины</w:t>
      </w:r>
      <w:r>
        <w:rPr>
          <w:spacing w:val="23"/>
        </w:rPr>
        <w:t xml:space="preserve"> </w:t>
      </w:r>
      <w:r>
        <w:t>отрезков</w:t>
      </w:r>
      <w:r>
        <w:rPr>
          <w:spacing w:val="21"/>
        </w:rPr>
        <w:t xml:space="preserve"> </w:t>
      </w:r>
      <w:r>
        <w:t>непосредственным</w:t>
      </w:r>
      <w:r>
        <w:rPr>
          <w:spacing w:val="21"/>
        </w:rPr>
        <w:t xml:space="preserve"> </w:t>
      </w:r>
      <w:r>
        <w:t>измерением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линейки,</w:t>
      </w:r>
      <w:r>
        <w:rPr>
          <w:spacing w:val="25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отрезки</w:t>
      </w:r>
      <w:r>
        <w:rPr>
          <w:spacing w:val="-4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длины;</w:t>
      </w:r>
      <w:r>
        <w:rPr>
          <w:spacing w:val="-1"/>
        </w:rPr>
        <w:t xml:space="preserve"> </w:t>
      </w:r>
      <w:r>
        <w:t>строить 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3"/>
        </w:rPr>
        <w:t xml:space="preserve"> </w:t>
      </w:r>
      <w:r>
        <w:t>радиуса.</w:t>
      </w:r>
    </w:p>
    <w:p w14:paraId="49D6C228" w14:textId="77777777" w:rsidR="003A176F" w:rsidRDefault="00DB75FB">
      <w:pPr>
        <w:pStyle w:val="a5"/>
        <w:spacing w:line="360" w:lineRule="auto"/>
        <w:ind w:firstLine="1440"/>
        <w:jc w:val="left"/>
      </w:pPr>
      <w:r>
        <w:t>Использовать</w:t>
      </w:r>
      <w:r>
        <w:rPr>
          <w:spacing w:val="24"/>
        </w:rPr>
        <w:t xml:space="preserve"> </w:t>
      </w:r>
      <w:r>
        <w:t>свойства</w:t>
      </w:r>
      <w:r>
        <w:rPr>
          <w:spacing w:val="21"/>
        </w:rPr>
        <w:t xml:space="preserve"> </w:t>
      </w:r>
      <w:r>
        <w:t>сторон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углов</w:t>
      </w:r>
      <w:r>
        <w:rPr>
          <w:spacing w:val="24"/>
        </w:rPr>
        <w:t xml:space="preserve"> </w:t>
      </w:r>
      <w:r>
        <w:t>прямоугольника,</w:t>
      </w:r>
      <w:r>
        <w:rPr>
          <w:spacing w:val="23"/>
        </w:rPr>
        <w:t xml:space="preserve"> </w:t>
      </w:r>
      <w:r>
        <w:t>квадрата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построения,</w:t>
      </w:r>
      <w:r>
        <w:rPr>
          <w:spacing w:val="-57"/>
        </w:rPr>
        <w:t xml:space="preserve"> </w:t>
      </w:r>
      <w:r>
        <w:t>вычисления площади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периметра.</w:t>
      </w:r>
    </w:p>
    <w:p w14:paraId="4EE34ACD" w14:textId="51E38249" w:rsidR="003A176F" w:rsidRDefault="00DB75FB">
      <w:pPr>
        <w:pStyle w:val="a5"/>
        <w:spacing w:line="360" w:lineRule="auto"/>
        <w:ind w:firstLine="1440"/>
        <w:jc w:val="left"/>
      </w:pPr>
      <w:r>
        <w:t>Вычислять</w:t>
      </w:r>
      <w:r>
        <w:rPr>
          <w:spacing w:val="39"/>
        </w:rPr>
        <w:t xml:space="preserve"> </w:t>
      </w:r>
      <w:r>
        <w:t>периметр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площадь</w:t>
      </w:r>
      <w:r>
        <w:rPr>
          <w:spacing w:val="40"/>
        </w:rPr>
        <w:t xml:space="preserve"> </w:t>
      </w:r>
      <w:r>
        <w:t>квадрата,</w:t>
      </w:r>
      <w:r>
        <w:rPr>
          <w:spacing w:val="39"/>
        </w:rPr>
        <w:t xml:space="preserve"> </w:t>
      </w:r>
      <w:r>
        <w:t>прямоугольника,</w:t>
      </w:r>
      <w:r>
        <w:rPr>
          <w:spacing w:val="40"/>
        </w:rPr>
        <w:t xml:space="preserve"> </w:t>
      </w:r>
      <w:r>
        <w:t>фигур,</w:t>
      </w:r>
      <w:r>
        <w:rPr>
          <w:spacing w:val="46"/>
        </w:rPr>
        <w:t xml:space="preserve"> </w:t>
      </w:r>
      <w:r>
        <w:t>составленных</w:t>
      </w:r>
      <w:r>
        <w:rPr>
          <w:spacing w:val="4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 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фигур,</w:t>
      </w:r>
      <w:r>
        <w:rPr>
          <w:spacing w:val="-1"/>
        </w:rPr>
        <w:t xml:space="preserve"> </w:t>
      </w:r>
      <w:r w:rsidR="00B345FA">
        <w:t>изображе</w:t>
      </w:r>
      <w:r>
        <w:t>нных на</w:t>
      </w:r>
      <w:r>
        <w:rPr>
          <w:spacing w:val="-5"/>
        </w:rPr>
        <w:t xml:space="preserve"> </w:t>
      </w:r>
      <w:r>
        <w:t>клетчатой бумаге.</w:t>
      </w:r>
    </w:p>
    <w:p w14:paraId="00B98540" w14:textId="77777777" w:rsidR="003A176F" w:rsidRDefault="00DB75FB">
      <w:pPr>
        <w:pStyle w:val="a5"/>
        <w:spacing w:line="360" w:lineRule="auto"/>
        <w:ind w:firstLine="1440"/>
        <w:jc w:val="left"/>
      </w:pPr>
      <w:r>
        <w:t>Пользоваться</w:t>
      </w:r>
      <w:r>
        <w:rPr>
          <w:spacing w:val="52"/>
        </w:rPr>
        <w:t xml:space="preserve"> </w:t>
      </w:r>
      <w:r>
        <w:t>основными</w:t>
      </w:r>
      <w:r>
        <w:rPr>
          <w:spacing w:val="52"/>
        </w:rPr>
        <w:t xml:space="preserve"> </w:t>
      </w:r>
      <w:r>
        <w:t>метрическими</w:t>
      </w:r>
      <w:r>
        <w:rPr>
          <w:spacing w:val="53"/>
        </w:rPr>
        <w:t xml:space="preserve"> </w:t>
      </w:r>
      <w:r>
        <w:t>единицами</w:t>
      </w:r>
      <w:r>
        <w:rPr>
          <w:spacing w:val="53"/>
        </w:rPr>
        <w:t xml:space="preserve"> </w:t>
      </w:r>
      <w:r>
        <w:t>измерения</w:t>
      </w:r>
      <w:r>
        <w:rPr>
          <w:spacing w:val="49"/>
        </w:rPr>
        <w:t xml:space="preserve"> </w:t>
      </w:r>
      <w:r>
        <w:t>длины,</w:t>
      </w:r>
      <w:r>
        <w:rPr>
          <w:spacing w:val="49"/>
        </w:rPr>
        <w:t xml:space="preserve"> </w:t>
      </w:r>
      <w:r>
        <w:t>площади;</w:t>
      </w:r>
      <w:r>
        <w:rPr>
          <w:spacing w:val="-57"/>
        </w:rPr>
        <w:t xml:space="preserve"> </w:t>
      </w:r>
      <w:r>
        <w:t>выражать одни единицы величины через другие.</w:t>
      </w:r>
    </w:p>
    <w:p w14:paraId="68399581" w14:textId="77777777" w:rsidR="003A176F" w:rsidRDefault="00DB75FB">
      <w:pPr>
        <w:pStyle w:val="a5"/>
        <w:spacing w:line="360" w:lineRule="auto"/>
        <w:ind w:right="708" w:firstLine="1440"/>
        <w:jc w:val="left"/>
      </w:pPr>
      <w:r>
        <w:t>Распознавать параллелепипед, куб, использовать терминологию: вершина,</w:t>
      </w:r>
      <w:r>
        <w:rPr>
          <w:spacing w:val="1"/>
        </w:rPr>
        <w:t xml:space="preserve"> </w:t>
      </w:r>
      <w:r>
        <w:t>ребро</w:t>
      </w:r>
      <w:r>
        <w:rPr>
          <w:spacing w:val="-57"/>
        </w:rPr>
        <w:t xml:space="preserve"> </w:t>
      </w:r>
      <w:r>
        <w:t>грань, измерения; находить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1"/>
        </w:rPr>
        <w:t xml:space="preserve"> </w:t>
      </w:r>
      <w:r>
        <w:t>куба.</w:t>
      </w:r>
    </w:p>
    <w:p w14:paraId="04296AFB" w14:textId="5DFEEB7D" w:rsidR="003A176F" w:rsidRDefault="00DB75FB">
      <w:pPr>
        <w:pStyle w:val="a5"/>
        <w:spacing w:line="360" w:lineRule="auto"/>
        <w:ind w:firstLine="1440"/>
        <w:jc w:val="left"/>
      </w:pPr>
      <w:r>
        <w:t>Вычислять</w:t>
      </w:r>
      <w:r>
        <w:rPr>
          <w:spacing w:val="32"/>
        </w:rPr>
        <w:t xml:space="preserve"> </w:t>
      </w:r>
      <w:r w:rsidR="00B345FA">
        <w:t>объё</w:t>
      </w:r>
      <w:r>
        <w:t>м</w:t>
      </w:r>
      <w:r>
        <w:rPr>
          <w:spacing w:val="28"/>
        </w:rPr>
        <w:t xml:space="preserve"> </w:t>
      </w:r>
      <w:r>
        <w:t>куба,</w:t>
      </w:r>
      <w:r>
        <w:rPr>
          <w:spacing w:val="28"/>
        </w:rPr>
        <w:t xml:space="preserve"> </w:t>
      </w:r>
      <w:r>
        <w:t>параллелепипеда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заданным</w:t>
      </w:r>
      <w:r>
        <w:rPr>
          <w:spacing w:val="27"/>
        </w:rPr>
        <w:t xml:space="preserve"> </w:t>
      </w:r>
      <w:r>
        <w:t>измерениям,</w:t>
      </w:r>
      <w:r>
        <w:rPr>
          <w:spacing w:val="29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 w:rsidR="00B345FA">
        <w:t>измерения объё</w:t>
      </w:r>
      <w:r>
        <w:t>ма.</w:t>
      </w:r>
    </w:p>
    <w:p w14:paraId="43F9DA74" w14:textId="77777777" w:rsidR="003A176F" w:rsidRDefault="00DB75FB">
      <w:pPr>
        <w:pStyle w:val="a5"/>
        <w:spacing w:line="274" w:lineRule="exact"/>
        <w:ind w:left="827" w:firstLine="0"/>
        <w:jc w:val="left"/>
      </w:pPr>
      <w:r>
        <w:t>Решать</w:t>
      </w:r>
      <w:r>
        <w:rPr>
          <w:spacing w:val="-8"/>
        </w:rPr>
        <w:t xml:space="preserve"> </w:t>
      </w:r>
      <w:r>
        <w:t>несложные</w:t>
      </w:r>
      <w:r>
        <w:rPr>
          <w:spacing w:val="-1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14:paraId="633E619D" w14:textId="77777777" w:rsidR="003A176F" w:rsidRDefault="00DB75FB">
      <w:pPr>
        <w:pStyle w:val="1"/>
        <w:spacing w:before="145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6B33BD31" w14:textId="77777777" w:rsidR="003A176F" w:rsidRDefault="00DB75FB">
      <w:pPr>
        <w:spacing w:before="139"/>
        <w:ind w:left="827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вычисления</w:t>
      </w:r>
    </w:p>
    <w:p w14:paraId="3AEDF5FD" w14:textId="77777777" w:rsidR="003A176F" w:rsidRDefault="00DB75FB">
      <w:pPr>
        <w:pStyle w:val="a5"/>
        <w:spacing w:before="130" w:line="360" w:lineRule="auto"/>
        <w:ind w:right="245" w:firstLine="1440"/>
      </w:pPr>
      <w:r>
        <w:t>Знать и понимать термины, связанные с различными видами чисел и способами их</w:t>
      </w:r>
      <w:r>
        <w:rPr>
          <w:spacing w:val="1"/>
        </w:rPr>
        <w:t xml:space="preserve"> </w:t>
      </w:r>
      <w:r>
        <w:t>записи,</w:t>
      </w:r>
      <w:r>
        <w:rPr>
          <w:spacing w:val="-5"/>
        </w:rPr>
        <w:t xml:space="preserve"> </w:t>
      </w:r>
      <w:r>
        <w:t>переходить (если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возможно)</w:t>
      </w:r>
      <w:r>
        <w:rPr>
          <w:spacing w:val="-2"/>
        </w:rPr>
        <w:t xml:space="preserve"> </w:t>
      </w:r>
      <w:r>
        <w:t>от одной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записи числа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другой.</w:t>
      </w:r>
    </w:p>
    <w:p w14:paraId="5602C80C" w14:textId="77777777" w:rsidR="003A176F" w:rsidRDefault="00DB75FB">
      <w:pPr>
        <w:pStyle w:val="a5"/>
        <w:spacing w:line="360" w:lineRule="auto"/>
        <w:ind w:right="230" w:firstLine="1440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одного и разных</w:t>
      </w:r>
      <w:r>
        <w:rPr>
          <w:spacing w:val="3"/>
        </w:rPr>
        <w:t xml:space="preserve"> </w:t>
      </w:r>
      <w:r>
        <w:t>знаков.</w:t>
      </w:r>
    </w:p>
    <w:p w14:paraId="43C145BB" w14:textId="5EFB2DCE" w:rsidR="003A176F" w:rsidRDefault="00DB75FB">
      <w:pPr>
        <w:pStyle w:val="a5"/>
        <w:spacing w:line="360" w:lineRule="auto"/>
        <w:ind w:right="237"/>
      </w:pPr>
      <w:r>
        <w:t xml:space="preserve">Выполнять, </w:t>
      </w:r>
      <w:r w:rsidR="00B345FA">
        <w:t>сочетая устные и письменные приё</w:t>
      </w:r>
      <w:r>
        <w:t>мы, арифметические действия с натуральными</w:t>
      </w:r>
      <w:r>
        <w:rPr>
          <w:spacing w:val="-57"/>
        </w:rPr>
        <w:t xml:space="preserve"> </w:t>
      </w:r>
      <w:r>
        <w:t>и целыми числами, обыкновенными и десятичными дробями, положительными и отрицательными</w:t>
      </w:r>
      <w:r>
        <w:rPr>
          <w:spacing w:val="1"/>
        </w:rPr>
        <w:t xml:space="preserve"> </w:t>
      </w:r>
      <w:r>
        <w:t>числами.</w:t>
      </w:r>
    </w:p>
    <w:p w14:paraId="4EDE39E5" w14:textId="3E5FE0B5" w:rsidR="000D08C5" w:rsidRDefault="000D08C5" w:rsidP="000D08C5">
      <w:pPr>
        <w:pStyle w:val="a5"/>
        <w:spacing w:line="360" w:lineRule="auto"/>
        <w:ind w:left="142" w:right="7" w:firstLine="685"/>
      </w:pPr>
      <w:r>
        <w:t>Вычислять значения числовых выражений, выполнять прикидку и оценку результата</w:t>
      </w:r>
      <w:r>
        <w:rPr>
          <w:spacing w:val="1"/>
        </w:rPr>
        <w:t xml:space="preserve"> </w:t>
      </w:r>
      <w:r>
        <w:t>вычислений; выполнять преобразования числовых выражений на основе свойств арифметических</w:t>
      </w:r>
      <w:r>
        <w:rPr>
          <w:spacing w:val="1"/>
        </w:rPr>
        <w:t xml:space="preserve"> </w:t>
      </w:r>
      <w:r>
        <w:t>действий. 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 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прямой, находить</w:t>
      </w:r>
      <w:r>
        <w:rPr>
          <w:spacing w:val="-1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числа. Соотносить точки в прямоугольной системе координат с координатами этой точки.</w:t>
      </w:r>
      <w:r w:rsidRPr="000D08C5">
        <w:t xml:space="preserve"> </w:t>
      </w:r>
      <w:r>
        <w:t>Округлять</w:t>
      </w:r>
      <w:r>
        <w:rPr>
          <w:spacing w:val="-3"/>
        </w:rPr>
        <w:t xml:space="preserve"> </w:t>
      </w:r>
      <w:r>
        <w:t>целые</w:t>
      </w:r>
      <w:r>
        <w:rPr>
          <w:spacing w:val="-5"/>
        </w:rPr>
        <w:t xml:space="preserve"> </w:t>
      </w:r>
      <w:r>
        <w:t>числа и</w:t>
      </w:r>
      <w:r>
        <w:rPr>
          <w:spacing w:val="1"/>
        </w:rPr>
        <w:t xml:space="preserve"> </w:t>
      </w:r>
      <w:r>
        <w:t>десятичные</w:t>
      </w:r>
      <w:r>
        <w:rPr>
          <w:spacing w:val="-7"/>
        </w:rPr>
        <w:t xml:space="preserve"> </w:t>
      </w:r>
      <w:r>
        <w:t>дроби,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приближения чисел.</w:t>
      </w:r>
    </w:p>
    <w:p w14:paraId="689CFAD0" w14:textId="15B75C48" w:rsidR="003A176F" w:rsidRDefault="003A176F" w:rsidP="000D08C5">
      <w:pPr>
        <w:pStyle w:val="a5"/>
        <w:spacing w:before="76" w:line="360" w:lineRule="auto"/>
        <w:ind w:right="7" w:firstLine="1440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314545CB" w14:textId="77777777" w:rsidR="003A176F" w:rsidRDefault="00DB75FB">
      <w:pPr>
        <w:pStyle w:val="1"/>
        <w:spacing w:before="2"/>
      </w:pPr>
      <w:r>
        <w:lastRenderedPageBreak/>
        <w:t>Числовые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t>выражения</w:t>
      </w:r>
    </w:p>
    <w:p w14:paraId="499349D9" w14:textId="77777777" w:rsidR="003A176F" w:rsidRDefault="00DB75FB">
      <w:pPr>
        <w:pStyle w:val="a5"/>
        <w:spacing w:before="129" w:line="360" w:lineRule="auto"/>
        <w:ind w:right="224" w:firstLine="144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куб</w:t>
      </w:r>
      <w:r>
        <w:rPr>
          <w:spacing w:val="-1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числовых</w:t>
      </w:r>
      <w:r>
        <w:rPr>
          <w:spacing w:val="2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степени.</w:t>
      </w:r>
    </w:p>
    <w:p w14:paraId="3284E027" w14:textId="77777777" w:rsidR="003A176F" w:rsidRDefault="00DB75FB">
      <w:pPr>
        <w:pStyle w:val="a5"/>
        <w:spacing w:before="3" w:line="360" w:lineRule="auto"/>
        <w:ind w:right="229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множители. Пользоваться масштабом, составлять пропорции</w:t>
      </w:r>
      <w:r>
        <w:rPr>
          <w:spacing w:val="-3"/>
        </w:rPr>
        <w:t xml:space="preserve"> </w:t>
      </w:r>
      <w:r>
        <w:t>и отношения.</w:t>
      </w:r>
    </w:p>
    <w:p w14:paraId="2E97F53C" w14:textId="77777777" w:rsidR="003A176F" w:rsidRDefault="00DB75FB">
      <w:pPr>
        <w:pStyle w:val="a5"/>
        <w:spacing w:line="360" w:lineRule="auto"/>
        <w:ind w:right="228"/>
      </w:pPr>
      <w:r>
        <w:t>Использовать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подстановки</w:t>
      </w:r>
      <w:r>
        <w:rPr>
          <w:spacing w:val="3"/>
        </w:rPr>
        <w:t xml:space="preserve"> </w:t>
      </w:r>
      <w:r>
        <w:t>и преобразования.</w:t>
      </w:r>
    </w:p>
    <w:p w14:paraId="16A7DA10" w14:textId="77777777" w:rsidR="003A176F" w:rsidRDefault="00DB75FB">
      <w:pPr>
        <w:pStyle w:val="a5"/>
        <w:ind w:left="827" w:firstLine="0"/>
      </w:pPr>
      <w:r>
        <w:t>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9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t>равенства.</w:t>
      </w:r>
    </w:p>
    <w:p w14:paraId="4065546E" w14:textId="77777777" w:rsidR="003A176F" w:rsidRDefault="00DB75FB">
      <w:pPr>
        <w:pStyle w:val="1"/>
        <w:spacing w:before="146"/>
      </w:pPr>
      <w:r>
        <w:t>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</w:t>
      </w:r>
    </w:p>
    <w:p w14:paraId="0A64D7C8" w14:textId="77777777" w:rsidR="003A176F" w:rsidRDefault="00DB75FB">
      <w:pPr>
        <w:pStyle w:val="a5"/>
        <w:spacing w:before="127"/>
        <w:ind w:left="827" w:firstLine="0"/>
      </w:pPr>
      <w:r>
        <w:t>Решать</w:t>
      </w:r>
      <w:r>
        <w:rPr>
          <w:spacing w:val="-8"/>
        </w:rPr>
        <w:t xml:space="preserve"> </w:t>
      </w:r>
      <w:r>
        <w:t>многошаговые</w:t>
      </w:r>
      <w:r>
        <w:rPr>
          <w:spacing w:val="-4"/>
        </w:rPr>
        <w:t xml:space="preserve"> </w:t>
      </w:r>
      <w:r>
        <w:t>текстовые</w:t>
      </w:r>
      <w:r>
        <w:rPr>
          <w:spacing w:val="-9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8"/>
        </w:rPr>
        <w:t xml:space="preserve"> </w:t>
      </w:r>
      <w:r>
        <w:t>способом.</w:t>
      </w:r>
    </w:p>
    <w:p w14:paraId="59B6C2A3" w14:textId="77777777" w:rsidR="003A176F" w:rsidRDefault="00DB75FB">
      <w:pPr>
        <w:pStyle w:val="a5"/>
        <w:spacing w:before="142" w:line="360" w:lineRule="auto"/>
        <w:ind w:right="237" w:firstLine="1440"/>
      </w:pPr>
      <w:r>
        <w:t>Решать задачи, связанные с отношением, пропорциональностью величин, процентами;</w:t>
      </w:r>
      <w:r>
        <w:rPr>
          <w:spacing w:val="1"/>
        </w:rPr>
        <w:t xml:space="preserve"> </w:t>
      </w:r>
      <w:r>
        <w:t>решать три основные</w:t>
      </w:r>
      <w:r>
        <w:rPr>
          <w:spacing w:val="-3"/>
        </w:rPr>
        <w:t xml:space="preserve"> </w:t>
      </w:r>
      <w:r>
        <w:t>задачи на дроби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проценты.</w:t>
      </w:r>
    </w:p>
    <w:p w14:paraId="5355BCC8" w14:textId="77777777" w:rsidR="003A176F" w:rsidRDefault="00DB75FB">
      <w:pPr>
        <w:pStyle w:val="a5"/>
        <w:spacing w:line="360" w:lineRule="auto"/>
        <w:ind w:right="225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стоимость;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proofErr w:type="spellStart"/>
      <w:r>
        <w:t>объѐма</w:t>
      </w:r>
      <w:proofErr w:type="spellEnd"/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арифметические действия, оценку, прикидку; пользоваться единицами измерения соответствующих</w:t>
      </w:r>
      <w:r>
        <w:rPr>
          <w:spacing w:val="1"/>
        </w:rPr>
        <w:t xml:space="preserve"> </w:t>
      </w:r>
      <w:r>
        <w:t>величин.</w:t>
      </w:r>
    </w:p>
    <w:p w14:paraId="1B382F22" w14:textId="146631C1" w:rsidR="003A176F" w:rsidRDefault="00DB75FB" w:rsidP="009A1DF5">
      <w:pPr>
        <w:pStyle w:val="a5"/>
        <w:tabs>
          <w:tab w:val="left" w:pos="9137"/>
        </w:tabs>
        <w:ind w:right="221"/>
      </w:pPr>
      <w:r>
        <w:t>Составлять</w:t>
      </w:r>
      <w:r>
        <w:rPr>
          <w:spacing w:val="-4"/>
        </w:rPr>
        <w:t xml:space="preserve"> </w:t>
      </w:r>
      <w:r>
        <w:t>буквенные</w:t>
      </w:r>
      <w:r>
        <w:rPr>
          <w:spacing w:val="-8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задачи.</w:t>
      </w:r>
      <w:r>
        <w:rPr>
          <w:spacing w:val="109"/>
        </w:rPr>
        <w:t xml:space="preserve"> </w:t>
      </w:r>
      <w:r w:rsidR="009A1DF5">
        <w:t xml:space="preserve">Извлекать </w:t>
      </w:r>
      <w:r>
        <w:t>информацию,</w:t>
      </w:r>
      <w:r>
        <w:rPr>
          <w:spacing w:val="-58"/>
        </w:rPr>
        <w:t xml:space="preserve"> </w:t>
      </w:r>
      <w:r>
        <w:t>представленную в таблицах, на линейной, столбчатой или круговой диаграммах, 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таблиц, линейной</w:t>
      </w:r>
      <w:r>
        <w:rPr>
          <w:spacing w:val="-2"/>
        </w:rPr>
        <w:t xml:space="preserve"> </w:t>
      </w:r>
      <w:r>
        <w:t>и столбчатой</w:t>
      </w:r>
      <w:r>
        <w:rPr>
          <w:spacing w:val="-1"/>
        </w:rPr>
        <w:t xml:space="preserve"> </w:t>
      </w:r>
      <w:r>
        <w:t>диаграмм.</w:t>
      </w:r>
    </w:p>
    <w:p w14:paraId="5574E319" w14:textId="77777777" w:rsidR="003A176F" w:rsidRDefault="00DB75FB">
      <w:pPr>
        <w:pStyle w:val="1"/>
        <w:spacing w:before="10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</w:p>
    <w:p w14:paraId="00391552" w14:textId="77777777" w:rsidR="003A176F" w:rsidRDefault="00DB75FB">
      <w:pPr>
        <w:pStyle w:val="a5"/>
        <w:spacing w:before="127" w:line="362" w:lineRule="auto"/>
        <w:ind w:firstLine="1440"/>
        <w:jc w:val="left"/>
      </w:pPr>
      <w:r>
        <w:t>Приводить</w:t>
      </w:r>
      <w:r>
        <w:rPr>
          <w:spacing w:val="51"/>
        </w:rPr>
        <w:t xml:space="preserve"> </w:t>
      </w:r>
      <w:r>
        <w:t>примеры</w:t>
      </w:r>
      <w:r>
        <w:rPr>
          <w:spacing w:val="52"/>
        </w:rPr>
        <w:t xml:space="preserve"> </w:t>
      </w:r>
      <w:r>
        <w:t>объектов</w:t>
      </w:r>
      <w:r>
        <w:rPr>
          <w:spacing w:val="52"/>
        </w:rPr>
        <w:t xml:space="preserve"> </w:t>
      </w:r>
      <w:r>
        <w:t>окружающего</w:t>
      </w:r>
      <w:r>
        <w:rPr>
          <w:spacing w:val="55"/>
        </w:rPr>
        <w:t xml:space="preserve"> </w:t>
      </w:r>
      <w:r>
        <w:t>мира,</w:t>
      </w:r>
      <w:r>
        <w:rPr>
          <w:spacing w:val="53"/>
        </w:rPr>
        <w:t xml:space="preserve"> </w:t>
      </w:r>
      <w:r>
        <w:t>имеющих</w:t>
      </w:r>
      <w:r>
        <w:rPr>
          <w:spacing w:val="55"/>
        </w:rPr>
        <w:t xml:space="preserve"> </w:t>
      </w:r>
      <w:r>
        <w:t>форму</w:t>
      </w:r>
      <w:r>
        <w:rPr>
          <w:spacing w:val="42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равных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14:paraId="28F39919" w14:textId="77777777" w:rsidR="003A176F" w:rsidRDefault="00DB75FB">
      <w:pPr>
        <w:pStyle w:val="a5"/>
        <w:spacing w:line="360" w:lineRule="auto"/>
        <w:ind w:firstLine="1440"/>
        <w:jc w:val="left"/>
      </w:pPr>
      <w:r>
        <w:t>Изображать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циркуля,</w:t>
      </w:r>
      <w:r>
        <w:rPr>
          <w:spacing w:val="6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транспортира на</w:t>
      </w:r>
      <w:r>
        <w:rPr>
          <w:spacing w:val="2"/>
        </w:rPr>
        <w:t xml:space="preserve"> </w:t>
      </w:r>
      <w:r>
        <w:t>нелинованной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клетчатой</w:t>
      </w:r>
      <w:r>
        <w:rPr>
          <w:spacing w:val="-57"/>
        </w:rPr>
        <w:t xml:space="preserve"> </w:t>
      </w:r>
      <w:r>
        <w:t>бумаге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плоские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конфигурации,</w:t>
      </w:r>
      <w:r>
        <w:rPr>
          <w:spacing w:val="-1"/>
        </w:rPr>
        <w:t xml:space="preserve"> </w:t>
      </w:r>
      <w:r>
        <w:t>симметричные</w:t>
      </w:r>
      <w:r>
        <w:rPr>
          <w:spacing w:val="-4"/>
        </w:rPr>
        <w:t xml:space="preserve"> </w:t>
      </w:r>
      <w:r>
        <w:t>фигуры.</w:t>
      </w:r>
    </w:p>
    <w:p w14:paraId="2445114D" w14:textId="77777777" w:rsidR="003A176F" w:rsidRDefault="00DB75FB">
      <w:pPr>
        <w:pStyle w:val="a5"/>
        <w:spacing w:line="360" w:lineRule="auto"/>
        <w:ind w:firstLine="1440"/>
        <w:jc w:val="left"/>
      </w:pPr>
      <w:r>
        <w:t>Пользоваться</w:t>
      </w:r>
      <w:r>
        <w:rPr>
          <w:spacing w:val="-6"/>
        </w:rPr>
        <w:t xml:space="preserve"> </w:t>
      </w:r>
      <w:r>
        <w:t>геометрическими</w:t>
      </w:r>
      <w:r>
        <w:rPr>
          <w:spacing w:val="-5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равенство</w:t>
      </w:r>
      <w:r>
        <w:rPr>
          <w:spacing w:val="-7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симметрия;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терминологию,</w:t>
      </w:r>
      <w:r>
        <w:rPr>
          <w:spacing w:val="-2"/>
        </w:rPr>
        <w:t xml:space="preserve"> </w:t>
      </w:r>
      <w:r>
        <w:t>связанную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симметрией: ось симметрии,</w:t>
      </w:r>
      <w:r>
        <w:rPr>
          <w:spacing w:val="-2"/>
        </w:rPr>
        <w:t xml:space="preserve"> </w:t>
      </w:r>
      <w:r>
        <w:t>центр симметрии.</w:t>
      </w:r>
    </w:p>
    <w:p w14:paraId="0F9C1FF0" w14:textId="0753EC85" w:rsidR="000D08C5" w:rsidRDefault="000D08C5" w:rsidP="000D08C5">
      <w:pPr>
        <w:pStyle w:val="a5"/>
        <w:spacing w:before="76" w:line="360" w:lineRule="auto"/>
        <w:ind w:right="232"/>
      </w:pPr>
      <w:r>
        <w:t>Находить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 w:rsidR="009A1DF5">
        <w:t>острый, прямой, развё</w:t>
      </w:r>
      <w:r>
        <w:t>рнутый и тупой</w:t>
      </w:r>
      <w:r>
        <w:rPr>
          <w:spacing w:val="7"/>
        </w:rPr>
        <w:t xml:space="preserve"> </w:t>
      </w:r>
      <w:r>
        <w:t>углы.</w:t>
      </w:r>
    </w:p>
    <w:p w14:paraId="7381FCF2" w14:textId="77777777" w:rsidR="000D08C5" w:rsidRDefault="000D08C5" w:rsidP="009A1DF5">
      <w:pPr>
        <w:pStyle w:val="a5"/>
        <w:ind w:right="226" w:firstLine="602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 длины, выражать</w:t>
      </w:r>
      <w:r>
        <w:rPr>
          <w:spacing w:val="1"/>
        </w:rPr>
        <w:t xml:space="preserve"> </w:t>
      </w:r>
      <w:r>
        <w:t>одни единицы</w:t>
      </w:r>
      <w:r>
        <w:rPr>
          <w:spacing w:val="-3"/>
        </w:rPr>
        <w:t xml:space="preserve"> </w:t>
      </w:r>
      <w:r>
        <w:t>измерения длины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другие.</w:t>
      </w:r>
    </w:p>
    <w:p w14:paraId="5CD1CA0C" w14:textId="7704E839" w:rsidR="000D08C5" w:rsidRDefault="009A1DF5" w:rsidP="000D08C5">
      <w:pPr>
        <w:pStyle w:val="a5"/>
        <w:spacing w:line="360" w:lineRule="auto"/>
        <w:ind w:right="245" w:firstLine="602"/>
      </w:pPr>
      <w:r>
        <w:t>Находить, используя чертё</w:t>
      </w:r>
      <w:r w:rsidR="000D08C5">
        <w:t>жные инструменты, расстояния: между двумя точками, от</w:t>
      </w:r>
      <w:r w:rsidR="000D08C5">
        <w:rPr>
          <w:spacing w:val="1"/>
        </w:rPr>
        <w:t xml:space="preserve"> </w:t>
      </w:r>
      <w:r w:rsidR="000D08C5">
        <w:t>точки</w:t>
      </w:r>
      <w:r w:rsidR="000D08C5">
        <w:rPr>
          <w:spacing w:val="1"/>
        </w:rPr>
        <w:t xml:space="preserve"> </w:t>
      </w:r>
      <w:r w:rsidR="000D08C5">
        <w:t>до</w:t>
      </w:r>
      <w:r w:rsidR="000D08C5">
        <w:rPr>
          <w:spacing w:val="-3"/>
        </w:rPr>
        <w:t xml:space="preserve"> </w:t>
      </w:r>
      <w:r w:rsidR="000D08C5">
        <w:t>прямой, длину</w:t>
      </w:r>
      <w:r w:rsidR="000D08C5">
        <w:rPr>
          <w:spacing w:val="-9"/>
        </w:rPr>
        <w:t xml:space="preserve"> </w:t>
      </w:r>
      <w:r w:rsidR="000D08C5">
        <w:t>пути на квадратной сетке.</w:t>
      </w:r>
    </w:p>
    <w:p w14:paraId="08B58833" w14:textId="77777777" w:rsidR="003A176F" w:rsidRDefault="003A176F">
      <w:pPr>
        <w:spacing w:line="360" w:lineRule="auto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51927913" w14:textId="198F7F0A" w:rsidR="003A176F" w:rsidRDefault="00DB75FB" w:rsidP="009A1DF5">
      <w:pPr>
        <w:pStyle w:val="a5"/>
        <w:tabs>
          <w:tab w:val="left" w:pos="1547"/>
        </w:tabs>
        <w:ind w:right="226" w:firstLine="1440"/>
      </w:pPr>
      <w:r>
        <w:lastRenderedPageBreak/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6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разбиение на прямоугольники, на равные фигуры, достраивание до прямоугольника; 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  <w:r>
        <w:tab/>
        <w:t>Распознавать</w:t>
      </w:r>
      <w:r>
        <w:rPr>
          <w:spacing w:val="1"/>
        </w:rPr>
        <w:t xml:space="preserve"> </w:t>
      </w:r>
      <w:r>
        <w:t>на моделях и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пирамиду, конус, цилиндр, использовать</w:t>
      </w:r>
      <w:r>
        <w:rPr>
          <w:spacing w:val="1"/>
        </w:rPr>
        <w:t xml:space="preserve"> </w:t>
      </w:r>
      <w:r>
        <w:t>терминологию: вершина, ребро, грань,</w:t>
      </w:r>
      <w:r>
        <w:rPr>
          <w:spacing w:val="-1"/>
        </w:rPr>
        <w:t xml:space="preserve"> </w:t>
      </w:r>
      <w:r w:rsidR="00B345FA">
        <w:t>основание, развё</w:t>
      </w:r>
      <w:r>
        <w:t>ртка.</w:t>
      </w:r>
    </w:p>
    <w:p w14:paraId="7B3BB753" w14:textId="77777777" w:rsidR="003A176F" w:rsidRDefault="00DB75FB">
      <w:pPr>
        <w:pStyle w:val="a5"/>
        <w:ind w:left="827" w:firstLine="0"/>
      </w:pPr>
      <w:r>
        <w:t>Изображать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</w:t>
      </w:r>
      <w:r>
        <w:rPr>
          <w:spacing w:val="-10"/>
        </w:rPr>
        <w:t xml:space="preserve"> </w:t>
      </w:r>
      <w:r>
        <w:t>прямоугольный</w:t>
      </w:r>
      <w:r>
        <w:rPr>
          <w:spacing w:val="-6"/>
        </w:rPr>
        <w:t xml:space="preserve"> </w:t>
      </w:r>
      <w:r>
        <w:t>параллелепипед.</w:t>
      </w:r>
    </w:p>
    <w:p w14:paraId="3CF4DACC" w14:textId="48F4E6AF" w:rsidR="003A176F" w:rsidRDefault="00DB75FB">
      <w:pPr>
        <w:pStyle w:val="a5"/>
        <w:spacing w:before="133" w:line="360" w:lineRule="auto"/>
        <w:ind w:right="234" w:firstLine="1440"/>
      </w:pPr>
      <w:r>
        <w:t>Вычислять</w:t>
      </w:r>
      <w:r>
        <w:rPr>
          <w:spacing w:val="1"/>
        </w:rPr>
        <w:t xml:space="preserve"> </w:t>
      </w:r>
      <w:r w:rsidR="00B345FA">
        <w:t>объё</w:t>
      </w:r>
      <w:r>
        <w:t>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единицами измерения</w:t>
      </w:r>
      <w:r>
        <w:rPr>
          <w:spacing w:val="-3"/>
        </w:rPr>
        <w:t xml:space="preserve"> </w:t>
      </w:r>
      <w:r w:rsidR="00B345FA">
        <w:t>объё</w:t>
      </w:r>
      <w:r>
        <w:t>ма; выражать одни 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 w:rsidR="00B345FA">
        <w:t>объё</w:t>
      </w:r>
      <w:r>
        <w:t>ма</w:t>
      </w:r>
      <w:r>
        <w:rPr>
          <w:spacing w:val="-2"/>
        </w:rPr>
        <w:t xml:space="preserve"> </w:t>
      </w:r>
      <w:r>
        <w:t>через другие.</w:t>
      </w:r>
    </w:p>
    <w:p w14:paraId="187A9077" w14:textId="77777777" w:rsidR="003A176F" w:rsidRDefault="00DB75FB">
      <w:pPr>
        <w:pStyle w:val="a5"/>
        <w:spacing w:line="274" w:lineRule="exact"/>
        <w:ind w:left="827" w:firstLine="0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нахождение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практических ситуациях.</w:t>
      </w:r>
    </w:p>
    <w:p w14:paraId="3104DC3B" w14:textId="77777777" w:rsidR="003A176F" w:rsidRDefault="003A176F">
      <w:pPr>
        <w:spacing w:line="274" w:lineRule="exact"/>
        <w:sectPr w:rsidR="003A176F">
          <w:pgSz w:w="11900" w:h="16860"/>
          <w:pgMar w:top="200" w:right="560" w:bottom="280" w:left="560" w:header="720" w:footer="720" w:gutter="0"/>
          <w:cols w:space="720"/>
        </w:sectPr>
      </w:pPr>
    </w:p>
    <w:p w14:paraId="22818359" w14:textId="77777777" w:rsidR="003A176F" w:rsidRDefault="00DB75FB">
      <w:pPr>
        <w:spacing w:before="78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ПЛАНИРОВАНИЕ</w:t>
      </w:r>
    </w:p>
    <w:p w14:paraId="5D98C4D9" w14:textId="77777777" w:rsidR="003A176F" w:rsidRDefault="00DB75FB">
      <w:pPr>
        <w:pStyle w:val="a7"/>
        <w:numPr>
          <w:ilvl w:val="0"/>
          <w:numId w:val="1"/>
        </w:numPr>
        <w:tabs>
          <w:tab w:val="left" w:pos="242"/>
        </w:tabs>
        <w:spacing w:before="132"/>
        <w:ind w:hanging="138"/>
        <w:rPr>
          <w:b/>
          <w:sz w:val="18"/>
        </w:rPr>
      </w:pPr>
      <w:r>
        <w:rPr>
          <w:b/>
          <w:sz w:val="18"/>
        </w:rPr>
        <w:t>КЛАСС</w:t>
      </w:r>
    </w:p>
    <w:p w14:paraId="48C498AA" w14:textId="77777777" w:rsidR="003A176F" w:rsidRDefault="003A176F">
      <w:pPr>
        <w:pStyle w:val="a5"/>
        <w:spacing w:before="1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36"/>
        <w:gridCol w:w="528"/>
        <w:gridCol w:w="1443"/>
        <w:gridCol w:w="1479"/>
        <w:gridCol w:w="4158"/>
      </w:tblGrid>
      <w:tr w:rsidR="003A176F" w14:paraId="13EAF6C2" w14:textId="77777777">
        <w:trPr>
          <w:trHeight w:val="337"/>
        </w:trPr>
        <w:tc>
          <w:tcPr>
            <w:tcW w:w="468" w:type="dxa"/>
            <w:vMerge w:val="restart"/>
          </w:tcPr>
          <w:p w14:paraId="392197D0" w14:textId="77777777" w:rsidR="003A176F" w:rsidRDefault="00DB75FB">
            <w:pPr>
              <w:pStyle w:val="TableParagraph"/>
              <w:spacing w:before="73" w:line="244" w:lineRule="auto"/>
              <w:ind w:left="54" w:right="17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7436" w:type="dxa"/>
            <w:vMerge w:val="restart"/>
          </w:tcPr>
          <w:p w14:paraId="58C9C92C" w14:textId="77777777" w:rsidR="003A176F" w:rsidRDefault="00DB75FB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 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3450" w:type="dxa"/>
            <w:gridSpan w:val="3"/>
          </w:tcPr>
          <w:p w14:paraId="5037892E" w14:textId="77777777" w:rsidR="003A176F" w:rsidRDefault="00DB75FB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4158" w:type="dxa"/>
            <w:vMerge w:val="restart"/>
          </w:tcPr>
          <w:p w14:paraId="7D968EA3" w14:textId="77777777" w:rsidR="003A176F" w:rsidRDefault="00DB75FB">
            <w:pPr>
              <w:pStyle w:val="TableParagraph"/>
              <w:spacing w:before="69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3A176F" w14:paraId="4395D27D" w14:textId="77777777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14:paraId="3809278D" w14:textId="77777777" w:rsidR="003A176F" w:rsidRDefault="003A176F">
            <w:pPr>
              <w:rPr>
                <w:sz w:val="2"/>
                <w:szCs w:val="2"/>
              </w:rPr>
            </w:pPr>
          </w:p>
        </w:tc>
        <w:tc>
          <w:tcPr>
            <w:tcW w:w="7436" w:type="dxa"/>
            <w:vMerge/>
            <w:tcBorders>
              <w:top w:val="nil"/>
            </w:tcBorders>
          </w:tcPr>
          <w:p w14:paraId="523F131B" w14:textId="77777777" w:rsidR="003A176F" w:rsidRDefault="003A176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58CCC634" w14:textId="77777777" w:rsidR="003A176F" w:rsidRDefault="00DB75FB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443" w:type="dxa"/>
          </w:tcPr>
          <w:p w14:paraId="42DC9919" w14:textId="77777777" w:rsidR="003A176F" w:rsidRDefault="00DB75FB">
            <w:pPr>
              <w:pStyle w:val="TableParagraph"/>
              <w:spacing w:before="73" w:line="244" w:lineRule="auto"/>
              <w:ind w:left="79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479" w:type="dxa"/>
          </w:tcPr>
          <w:p w14:paraId="23EA369D" w14:textId="77777777" w:rsidR="003A176F" w:rsidRDefault="00DB75FB">
            <w:pPr>
              <w:pStyle w:val="TableParagraph"/>
              <w:spacing w:before="73" w:line="244" w:lineRule="auto"/>
              <w:ind w:left="81" w:right="418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4158" w:type="dxa"/>
            <w:vMerge/>
            <w:tcBorders>
              <w:top w:val="nil"/>
            </w:tcBorders>
          </w:tcPr>
          <w:p w14:paraId="6B3DF967" w14:textId="77777777" w:rsidR="003A176F" w:rsidRDefault="003A176F">
            <w:pPr>
              <w:rPr>
                <w:sz w:val="2"/>
                <w:szCs w:val="2"/>
              </w:rPr>
            </w:pPr>
          </w:p>
        </w:tc>
      </w:tr>
      <w:tr w:rsidR="003A176F" w14:paraId="7F62370A" w14:textId="77777777">
        <w:trPr>
          <w:trHeight w:val="340"/>
        </w:trPr>
        <w:tc>
          <w:tcPr>
            <w:tcW w:w="15512" w:type="dxa"/>
            <w:gridSpan w:val="6"/>
          </w:tcPr>
          <w:p w14:paraId="65B8D8CE" w14:textId="77777777" w:rsidR="003A176F" w:rsidRDefault="00DB75FB">
            <w:pPr>
              <w:pStyle w:val="TableParagraph"/>
              <w:spacing w:before="71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Натуральные</w:t>
            </w:r>
            <w:r>
              <w:rPr>
                <w:b/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числа.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Действия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с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натуральными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числами</w:t>
            </w:r>
          </w:p>
        </w:tc>
      </w:tr>
      <w:tr w:rsidR="003A176F" w14:paraId="1D55A92E" w14:textId="77777777">
        <w:trPr>
          <w:trHeight w:val="530"/>
        </w:trPr>
        <w:tc>
          <w:tcPr>
            <w:tcW w:w="468" w:type="dxa"/>
          </w:tcPr>
          <w:p w14:paraId="75E68386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7436" w:type="dxa"/>
          </w:tcPr>
          <w:p w14:paraId="2750A67D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Десятичная</w:t>
            </w:r>
            <w:r>
              <w:rPr>
                <w:color w:val="201F1F"/>
                <w:spacing w:val="-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система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счисления.</w:t>
            </w:r>
          </w:p>
        </w:tc>
        <w:tc>
          <w:tcPr>
            <w:tcW w:w="528" w:type="dxa"/>
          </w:tcPr>
          <w:p w14:paraId="5C0FD829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66E4730F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651F024E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71A84DD7" w14:textId="77777777" w:rsidR="003A176F" w:rsidRDefault="00DB75FB">
            <w:pPr>
              <w:pStyle w:val="TableParagraph"/>
              <w:spacing w:before="64"/>
              <w:ind w:left="75"/>
              <w:rPr>
                <w:sz w:val="16"/>
              </w:rPr>
            </w:pPr>
            <w:proofErr w:type="spellStart"/>
            <w:r>
              <w:rPr>
                <w:sz w:val="16"/>
              </w:rPr>
              <w:t>Skysmart</w:t>
            </w:r>
            <w:proofErr w:type="spellEnd"/>
          </w:p>
          <w:p w14:paraId="60BF1356" w14:textId="77777777" w:rsidR="003A176F" w:rsidRDefault="00DB75FB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sz w:val="16"/>
              </w:rPr>
              <w:t>https://skysmart.ru/online-uroki-po-matematike</w:t>
            </w:r>
          </w:p>
        </w:tc>
      </w:tr>
      <w:tr w:rsidR="003A176F" w14:paraId="0DE3E46C" w14:textId="77777777">
        <w:trPr>
          <w:trHeight w:val="530"/>
        </w:trPr>
        <w:tc>
          <w:tcPr>
            <w:tcW w:w="468" w:type="dxa"/>
          </w:tcPr>
          <w:p w14:paraId="7A480281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7436" w:type="dxa"/>
          </w:tcPr>
          <w:p w14:paraId="379502EE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Ряд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натуральных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чисел.</w:t>
            </w:r>
          </w:p>
        </w:tc>
        <w:tc>
          <w:tcPr>
            <w:tcW w:w="528" w:type="dxa"/>
          </w:tcPr>
          <w:p w14:paraId="6A9E25DF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501FCBCE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6EDA77F9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4E397900" w14:textId="0B03FB73" w:rsidR="003A176F" w:rsidRDefault="00DB75FB">
            <w:pPr>
              <w:pStyle w:val="TableParagraph"/>
              <w:spacing w:before="64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6">
              <w:r>
                <w:rPr>
                  <w:w w:val="90"/>
                  <w:sz w:val="16"/>
                </w:rPr>
                <w:t>/www.yaklass.ru/</w:t>
              </w:r>
            </w:hyperlink>
          </w:p>
        </w:tc>
      </w:tr>
      <w:tr w:rsidR="003A176F" w14:paraId="5BA8F2B3" w14:textId="77777777">
        <w:trPr>
          <w:trHeight w:val="530"/>
        </w:trPr>
        <w:tc>
          <w:tcPr>
            <w:tcW w:w="468" w:type="dxa"/>
          </w:tcPr>
          <w:p w14:paraId="7ABEBA87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7436" w:type="dxa"/>
          </w:tcPr>
          <w:p w14:paraId="0206CF33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Натуральный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ряд.</w:t>
            </w:r>
          </w:p>
        </w:tc>
        <w:tc>
          <w:tcPr>
            <w:tcW w:w="528" w:type="dxa"/>
          </w:tcPr>
          <w:p w14:paraId="5A477845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02DDD75F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139C1C00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66EAE03A" w14:textId="6327DADB" w:rsidR="003A176F" w:rsidRDefault="00DB75FB">
            <w:pPr>
              <w:pStyle w:val="TableParagraph"/>
              <w:spacing w:before="64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7">
              <w:r>
                <w:rPr>
                  <w:w w:val="90"/>
                  <w:sz w:val="16"/>
                </w:rPr>
                <w:t>/www.yaklass.ru/</w:t>
              </w:r>
            </w:hyperlink>
          </w:p>
        </w:tc>
      </w:tr>
      <w:tr w:rsidR="003A176F" w14:paraId="49C8710A" w14:textId="77777777">
        <w:trPr>
          <w:trHeight w:val="530"/>
        </w:trPr>
        <w:tc>
          <w:tcPr>
            <w:tcW w:w="468" w:type="dxa"/>
          </w:tcPr>
          <w:p w14:paraId="7B73B0DD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7436" w:type="dxa"/>
          </w:tcPr>
          <w:p w14:paraId="20550772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sz w:val="16"/>
              </w:rPr>
              <w:t>Число</w:t>
            </w:r>
            <w:r>
              <w:rPr>
                <w:color w:val="201F1F"/>
                <w:spacing w:val="-13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0.</w:t>
            </w:r>
          </w:p>
        </w:tc>
        <w:tc>
          <w:tcPr>
            <w:tcW w:w="528" w:type="dxa"/>
          </w:tcPr>
          <w:p w14:paraId="790B6F4F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46BA342B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707022DF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18F6A945" w14:textId="0FCA68EC" w:rsidR="003A176F" w:rsidRDefault="00DB75FB">
            <w:pPr>
              <w:pStyle w:val="TableParagraph"/>
              <w:spacing w:before="66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8">
              <w:r>
                <w:rPr>
                  <w:w w:val="90"/>
                  <w:sz w:val="16"/>
                </w:rPr>
                <w:t>/www.yaklass.ru/</w:t>
              </w:r>
            </w:hyperlink>
          </w:p>
        </w:tc>
      </w:tr>
      <w:tr w:rsidR="003A176F" w14:paraId="2786BB46" w14:textId="77777777">
        <w:trPr>
          <w:trHeight w:val="527"/>
        </w:trPr>
        <w:tc>
          <w:tcPr>
            <w:tcW w:w="468" w:type="dxa"/>
          </w:tcPr>
          <w:p w14:paraId="29A57695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7436" w:type="dxa"/>
          </w:tcPr>
          <w:p w14:paraId="4BC305D3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Натуральные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координатной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прямой.</w:t>
            </w:r>
          </w:p>
        </w:tc>
        <w:tc>
          <w:tcPr>
            <w:tcW w:w="528" w:type="dxa"/>
          </w:tcPr>
          <w:p w14:paraId="13C34560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45491F8F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214C86D2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0FDCDFEA" w14:textId="75CE8B7E" w:rsidR="003A176F" w:rsidRDefault="00DB75FB">
            <w:pPr>
              <w:pStyle w:val="TableParagraph"/>
              <w:spacing w:before="66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9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BD462DA" w14:textId="77777777">
        <w:trPr>
          <w:trHeight w:val="529"/>
        </w:trPr>
        <w:tc>
          <w:tcPr>
            <w:tcW w:w="468" w:type="dxa"/>
            <w:tcBorders>
              <w:bottom w:val="single" w:sz="6" w:space="0" w:color="000000"/>
            </w:tcBorders>
          </w:tcPr>
          <w:p w14:paraId="76CB26CC" w14:textId="77777777" w:rsidR="003A176F" w:rsidRDefault="00DB75FB">
            <w:pPr>
              <w:pStyle w:val="TableParagraph"/>
              <w:spacing w:before="6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7436" w:type="dxa"/>
            <w:tcBorders>
              <w:bottom w:val="single" w:sz="6" w:space="0" w:color="000000"/>
            </w:tcBorders>
          </w:tcPr>
          <w:p w14:paraId="6A9C4D0E" w14:textId="32D93BCD" w:rsidR="003A176F" w:rsidRDefault="00DB75FB">
            <w:pPr>
              <w:pStyle w:val="TableParagraph"/>
              <w:spacing w:before="64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Сравнение,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округление</w:t>
            </w:r>
            <w:r w:rsidR="00B345FA">
              <w:rPr>
                <w:color w:val="201F1F"/>
                <w:w w:val="95"/>
                <w:sz w:val="16"/>
              </w:rPr>
              <w:t xml:space="preserve"> натуральны</w:t>
            </w:r>
            <w:r>
              <w:rPr>
                <w:color w:val="201F1F"/>
                <w:w w:val="95"/>
                <w:sz w:val="16"/>
              </w:rPr>
              <w:t>х</w:t>
            </w:r>
            <w:r w:rsidR="00B345FA">
              <w:rPr>
                <w:color w:val="201F1F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чисел.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0944F020" w14:textId="77777777" w:rsidR="003A176F" w:rsidRDefault="00DB75FB">
            <w:pPr>
              <w:pStyle w:val="TableParagraph"/>
              <w:spacing w:before="6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  <w:tcBorders>
              <w:bottom w:val="single" w:sz="6" w:space="0" w:color="000000"/>
            </w:tcBorders>
          </w:tcPr>
          <w:p w14:paraId="34BCAD87" w14:textId="77777777" w:rsidR="003A176F" w:rsidRDefault="00DB75FB">
            <w:pPr>
              <w:pStyle w:val="TableParagraph"/>
              <w:spacing w:before="6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14:paraId="4559ECD5" w14:textId="77777777" w:rsidR="003A176F" w:rsidRDefault="00DB75F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  <w:tcBorders>
              <w:bottom w:val="single" w:sz="6" w:space="0" w:color="000000"/>
            </w:tcBorders>
          </w:tcPr>
          <w:p w14:paraId="25DF8A96" w14:textId="369E667D" w:rsidR="003A176F" w:rsidRDefault="00DB75FB">
            <w:pPr>
              <w:pStyle w:val="TableParagraph"/>
              <w:spacing w:before="69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0">
              <w:r>
                <w:rPr>
                  <w:w w:val="90"/>
                  <w:sz w:val="16"/>
                </w:rPr>
                <w:t>/www.yaklass.ru/</w:t>
              </w:r>
            </w:hyperlink>
          </w:p>
        </w:tc>
      </w:tr>
      <w:tr w:rsidR="003A176F" w:rsidRPr="00886B7E" w14:paraId="21BB9EB9" w14:textId="77777777">
        <w:trPr>
          <w:trHeight w:val="719"/>
        </w:trPr>
        <w:tc>
          <w:tcPr>
            <w:tcW w:w="468" w:type="dxa"/>
            <w:tcBorders>
              <w:top w:val="single" w:sz="6" w:space="0" w:color="000000"/>
            </w:tcBorders>
          </w:tcPr>
          <w:p w14:paraId="6DE10E2C" w14:textId="77777777" w:rsidR="003A176F" w:rsidRDefault="00DB75FB">
            <w:pPr>
              <w:pStyle w:val="TableParagraph"/>
              <w:spacing w:before="59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1.7.</w:t>
            </w:r>
          </w:p>
        </w:tc>
        <w:tc>
          <w:tcPr>
            <w:tcW w:w="7436" w:type="dxa"/>
            <w:tcBorders>
              <w:top w:val="single" w:sz="6" w:space="0" w:color="000000"/>
            </w:tcBorders>
          </w:tcPr>
          <w:p w14:paraId="6DE9AB0A" w14:textId="77777777" w:rsidR="003A176F" w:rsidRDefault="00DB75FB">
            <w:pPr>
              <w:pStyle w:val="TableParagraph"/>
              <w:spacing w:before="59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Арифметические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действия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 натуральными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числами.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38537E9E" w14:textId="77777777" w:rsidR="003A176F" w:rsidRDefault="00DB75FB">
            <w:pPr>
              <w:pStyle w:val="TableParagraph"/>
              <w:spacing w:before="59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</w:tcBorders>
          </w:tcPr>
          <w:p w14:paraId="762D4119" w14:textId="77777777" w:rsidR="003A176F" w:rsidRDefault="00DB75FB">
            <w:pPr>
              <w:pStyle w:val="TableParagraph"/>
              <w:spacing w:before="59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</w:tcBorders>
          </w:tcPr>
          <w:p w14:paraId="412743C8" w14:textId="77777777" w:rsidR="003A176F" w:rsidRDefault="00DB75FB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  <w:tcBorders>
              <w:top w:val="single" w:sz="6" w:space="0" w:color="000000"/>
            </w:tcBorders>
          </w:tcPr>
          <w:p w14:paraId="1A60387C" w14:textId="77777777" w:rsidR="003A176F" w:rsidRPr="00DB75FB" w:rsidRDefault="00DB75FB">
            <w:pPr>
              <w:pStyle w:val="TableParagraph"/>
              <w:spacing w:before="64"/>
              <w:ind w:left="75"/>
              <w:rPr>
                <w:sz w:val="16"/>
                <w:lang w:val="en-US"/>
              </w:rPr>
            </w:pPr>
            <w:proofErr w:type="spellStart"/>
            <w:r w:rsidRPr="00DB75FB">
              <w:rPr>
                <w:sz w:val="16"/>
                <w:lang w:val="en-US"/>
              </w:rPr>
              <w:t>Skysmart</w:t>
            </w:r>
            <w:proofErr w:type="spellEnd"/>
          </w:p>
          <w:p w14:paraId="7863A4F1" w14:textId="77777777" w:rsidR="003A176F" w:rsidRPr="00DB75FB" w:rsidRDefault="00DB75FB">
            <w:pPr>
              <w:pStyle w:val="TableParagraph"/>
              <w:spacing w:before="8" w:line="249" w:lineRule="auto"/>
              <w:ind w:left="75"/>
              <w:rPr>
                <w:sz w:val="16"/>
                <w:lang w:val="en-US"/>
              </w:rPr>
            </w:pPr>
            <w:r w:rsidRPr="00DB75FB">
              <w:rPr>
                <w:w w:val="90"/>
                <w:sz w:val="16"/>
                <w:lang w:val="en-US"/>
              </w:rPr>
              <w:t>https://skysmart.ru/articles/mathematic/svojstva-slozheniya-i-</w:t>
            </w:r>
            <w:r w:rsidRPr="00DB75FB">
              <w:rPr>
                <w:spacing w:val="1"/>
                <w:w w:val="90"/>
                <w:sz w:val="16"/>
                <w:lang w:val="en-US"/>
              </w:rPr>
              <w:t xml:space="preserve"> </w:t>
            </w:r>
            <w:proofErr w:type="spellStart"/>
            <w:r w:rsidRPr="00DB75FB">
              <w:rPr>
                <w:sz w:val="16"/>
                <w:lang w:val="en-US"/>
              </w:rPr>
              <w:t>vychitaniya</w:t>
            </w:r>
            <w:proofErr w:type="spellEnd"/>
          </w:p>
        </w:tc>
      </w:tr>
      <w:tr w:rsidR="003A176F" w:rsidRPr="00886B7E" w14:paraId="4D0D1314" w14:textId="77777777">
        <w:trPr>
          <w:trHeight w:val="722"/>
        </w:trPr>
        <w:tc>
          <w:tcPr>
            <w:tcW w:w="468" w:type="dxa"/>
          </w:tcPr>
          <w:p w14:paraId="35C4EBB6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7436" w:type="dxa"/>
          </w:tcPr>
          <w:p w14:paraId="5E936A0D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Свойства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нуля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сложении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умножении,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единицы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умножении.</w:t>
            </w:r>
          </w:p>
        </w:tc>
        <w:tc>
          <w:tcPr>
            <w:tcW w:w="528" w:type="dxa"/>
          </w:tcPr>
          <w:p w14:paraId="585852C2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4F6BB4BE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9" w:type="dxa"/>
          </w:tcPr>
          <w:p w14:paraId="7201B5D0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46A8CFC4" w14:textId="77777777" w:rsidR="003A176F" w:rsidRPr="00DB75FB" w:rsidRDefault="00DB75FB">
            <w:pPr>
              <w:pStyle w:val="TableParagraph"/>
              <w:spacing w:before="66"/>
              <w:ind w:left="75"/>
              <w:rPr>
                <w:sz w:val="16"/>
                <w:lang w:val="en-US"/>
              </w:rPr>
            </w:pPr>
            <w:proofErr w:type="spellStart"/>
            <w:r w:rsidRPr="00DB75FB">
              <w:rPr>
                <w:sz w:val="16"/>
                <w:lang w:val="en-US"/>
              </w:rPr>
              <w:t>Skysmart</w:t>
            </w:r>
            <w:proofErr w:type="spellEnd"/>
          </w:p>
          <w:p w14:paraId="55377EEC" w14:textId="77777777" w:rsidR="003A176F" w:rsidRPr="00DB75FB" w:rsidRDefault="00DB75FB">
            <w:pPr>
              <w:pStyle w:val="TableParagraph"/>
              <w:spacing w:before="8" w:line="249" w:lineRule="auto"/>
              <w:ind w:left="75"/>
              <w:rPr>
                <w:sz w:val="16"/>
                <w:lang w:val="en-US"/>
              </w:rPr>
            </w:pPr>
            <w:r w:rsidRPr="00DB75FB">
              <w:rPr>
                <w:w w:val="90"/>
                <w:sz w:val="16"/>
                <w:lang w:val="en-US"/>
              </w:rPr>
              <w:t>https://skysmart.ru/articles/mathematic/svojstva-slozheniya-i-</w:t>
            </w:r>
            <w:r w:rsidRPr="00DB75FB">
              <w:rPr>
                <w:spacing w:val="1"/>
                <w:w w:val="90"/>
                <w:sz w:val="16"/>
                <w:lang w:val="en-US"/>
              </w:rPr>
              <w:t xml:space="preserve"> </w:t>
            </w:r>
            <w:proofErr w:type="spellStart"/>
            <w:r w:rsidRPr="00DB75FB">
              <w:rPr>
                <w:sz w:val="16"/>
                <w:lang w:val="en-US"/>
              </w:rPr>
              <w:t>vychitaniya</w:t>
            </w:r>
            <w:proofErr w:type="spellEnd"/>
          </w:p>
        </w:tc>
      </w:tr>
      <w:tr w:rsidR="003A176F" w14:paraId="0CB14FBF" w14:textId="77777777">
        <w:trPr>
          <w:trHeight w:val="530"/>
        </w:trPr>
        <w:tc>
          <w:tcPr>
            <w:tcW w:w="468" w:type="dxa"/>
          </w:tcPr>
          <w:p w14:paraId="09A1BCF6" w14:textId="77777777" w:rsidR="003A176F" w:rsidRDefault="00DB75FB">
            <w:pPr>
              <w:pStyle w:val="TableParagraph"/>
              <w:spacing w:before="61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1.9.</w:t>
            </w:r>
          </w:p>
        </w:tc>
        <w:tc>
          <w:tcPr>
            <w:tcW w:w="7436" w:type="dxa"/>
          </w:tcPr>
          <w:p w14:paraId="1CDAE2EA" w14:textId="77777777" w:rsidR="003A176F" w:rsidRDefault="00DB75FB">
            <w:pPr>
              <w:pStyle w:val="TableParagraph"/>
              <w:spacing w:before="64" w:line="247" w:lineRule="auto"/>
              <w:ind w:left="78" w:right="142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Переместительное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 сочетательное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свойства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сложения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умножения,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распределительное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свойство</w:t>
            </w:r>
            <w:r>
              <w:rPr>
                <w:color w:val="201F1F"/>
                <w:spacing w:val="-35"/>
                <w:w w:val="9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умножения.</w:t>
            </w:r>
          </w:p>
        </w:tc>
        <w:tc>
          <w:tcPr>
            <w:tcW w:w="528" w:type="dxa"/>
          </w:tcPr>
          <w:p w14:paraId="143FF1AB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7426EB9C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1429AC3F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1DC1A802" w14:textId="77777777" w:rsidR="003A176F" w:rsidRDefault="00DB75FB">
            <w:pPr>
              <w:pStyle w:val="TableParagraph"/>
              <w:spacing w:before="64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9571444" w14:textId="77777777" w:rsidR="003A176F" w:rsidRDefault="00DB75FB">
            <w:pPr>
              <w:pStyle w:val="TableParagraph"/>
              <w:spacing w:before="5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https://resh.edu.ru/subject/lesson/7723/conspect/272293/</w:t>
            </w:r>
          </w:p>
        </w:tc>
      </w:tr>
      <w:tr w:rsidR="003A176F" w:rsidRPr="00886B7E" w14:paraId="55335294" w14:textId="77777777">
        <w:trPr>
          <w:trHeight w:val="530"/>
        </w:trPr>
        <w:tc>
          <w:tcPr>
            <w:tcW w:w="468" w:type="dxa"/>
          </w:tcPr>
          <w:p w14:paraId="094CFA1A" w14:textId="77777777" w:rsidR="003A176F" w:rsidRDefault="00DB75FB">
            <w:pPr>
              <w:pStyle w:val="TableParagraph"/>
              <w:spacing w:before="61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1.10.</w:t>
            </w:r>
          </w:p>
        </w:tc>
        <w:tc>
          <w:tcPr>
            <w:tcW w:w="7436" w:type="dxa"/>
          </w:tcPr>
          <w:p w14:paraId="69237542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Делители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кратные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разложение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множители.</w:t>
            </w:r>
          </w:p>
        </w:tc>
        <w:tc>
          <w:tcPr>
            <w:tcW w:w="528" w:type="dxa"/>
          </w:tcPr>
          <w:p w14:paraId="10565F90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5C9CD115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070DEE32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3C77A64B" w14:textId="77777777" w:rsidR="003A176F" w:rsidRPr="00DB75FB" w:rsidRDefault="00DB75FB">
            <w:pPr>
              <w:pStyle w:val="TableParagraph"/>
              <w:spacing w:before="66" w:line="247" w:lineRule="auto"/>
              <w:ind w:left="75" w:right="2481"/>
              <w:rPr>
                <w:sz w:val="16"/>
                <w:lang w:val="en-US"/>
              </w:rPr>
            </w:pPr>
            <w:r w:rsidRPr="00DB75FB">
              <w:rPr>
                <w:sz w:val="16"/>
                <w:lang w:val="en-US"/>
              </w:rPr>
              <w:t>Internet</w:t>
            </w:r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урок</w:t>
            </w:r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 w:rsidRPr="00DB75FB">
              <w:rPr>
                <w:w w:val="90"/>
                <w:sz w:val="16"/>
                <w:lang w:val="en-US"/>
              </w:rPr>
              <w:t>https://interneturok.ru/</w:t>
            </w:r>
          </w:p>
        </w:tc>
      </w:tr>
      <w:tr w:rsidR="003A176F" w14:paraId="58396A5A" w14:textId="77777777">
        <w:trPr>
          <w:trHeight w:val="530"/>
        </w:trPr>
        <w:tc>
          <w:tcPr>
            <w:tcW w:w="468" w:type="dxa"/>
          </w:tcPr>
          <w:p w14:paraId="2CF3CE9C" w14:textId="77777777" w:rsidR="003A176F" w:rsidRDefault="00DB75FB">
            <w:pPr>
              <w:pStyle w:val="TableParagraph"/>
              <w:spacing w:before="61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1.11.</w:t>
            </w:r>
          </w:p>
        </w:tc>
        <w:tc>
          <w:tcPr>
            <w:tcW w:w="7436" w:type="dxa"/>
          </w:tcPr>
          <w:p w14:paraId="2049FE28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Деление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остатком.</w:t>
            </w:r>
          </w:p>
        </w:tc>
        <w:tc>
          <w:tcPr>
            <w:tcW w:w="528" w:type="dxa"/>
          </w:tcPr>
          <w:p w14:paraId="51A802F2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3585E385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6C76247B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0B62613F" w14:textId="668926B2" w:rsidR="003A176F" w:rsidRDefault="00DB75FB">
            <w:pPr>
              <w:pStyle w:val="TableParagraph"/>
              <w:spacing w:before="66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1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E8FAB8D" w14:textId="77777777">
        <w:trPr>
          <w:trHeight w:val="532"/>
        </w:trPr>
        <w:tc>
          <w:tcPr>
            <w:tcW w:w="468" w:type="dxa"/>
          </w:tcPr>
          <w:p w14:paraId="2DB1EEF0" w14:textId="77777777" w:rsidR="003A176F" w:rsidRDefault="00DB75FB">
            <w:pPr>
              <w:pStyle w:val="TableParagraph"/>
              <w:spacing w:before="61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1.12.</w:t>
            </w:r>
          </w:p>
        </w:tc>
        <w:tc>
          <w:tcPr>
            <w:tcW w:w="7436" w:type="dxa"/>
          </w:tcPr>
          <w:p w14:paraId="1E284AC6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Простые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составные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числа.</w:t>
            </w:r>
          </w:p>
        </w:tc>
        <w:tc>
          <w:tcPr>
            <w:tcW w:w="528" w:type="dxa"/>
          </w:tcPr>
          <w:p w14:paraId="0AC962C1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6ADE2AE7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6820C0E0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4B942D03" w14:textId="09F71263" w:rsidR="003A176F" w:rsidRDefault="00DB75FB">
            <w:pPr>
              <w:pStyle w:val="TableParagraph"/>
              <w:spacing w:before="66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2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6F5841F0" w14:textId="77777777">
        <w:trPr>
          <w:trHeight w:val="721"/>
        </w:trPr>
        <w:tc>
          <w:tcPr>
            <w:tcW w:w="468" w:type="dxa"/>
          </w:tcPr>
          <w:p w14:paraId="38B5036F" w14:textId="77777777" w:rsidR="003A176F" w:rsidRDefault="00DB75FB">
            <w:pPr>
              <w:pStyle w:val="TableParagraph"/>
              <w:spacing w:before="61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1.13.</w:t>
            </w:r>
          </w:p>
        </w:tc>
        <w:tc>
          <w:tcPr>
            <w:tcW w:w="7436" w:type="dxa"/>
          </w:tcPr>
          <w:p w14:paraId="1351908B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spacing w:val="-1"/>
                <w:sz w:val="16"/>
              </w:rPr>
              <w:t>Признаки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делимости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на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2,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5,</w:t>
            </w:r>
            <w:r>
              <w:rPr>
                <w:color w:val="201F1F"/>
                <w:spacing w:val="-11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10,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3,</w:t>
            </w:r>
            <w:r>
              <w:rPr>
                <w:color w:val="201F1F"/>
                <w:spacing w:val="-9"/>
                <w:sz w:val="16"/>
              </w:rPr>
              <w:t xml:space="preserve"> </w:t>
            </w:r>
            <w:r>
              <w:rPr>
                <w:color w:val="201F1F"/>
                <w:spacing w:val="-1"/>
                <w:sz w:val="16"/>
              </w:rPr>
              <w:t>9.</w:t>
            </w:r>
          </w:p>
        </w:tc>
        <w:tc>
          <w:tcPr>
            <w:tcW w:w="528" w:type="dxa"/>
          </w:tcPr>
          <w:p w14:paraId="3B22E875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443" w:type="dxa"/>
          </w:tcPr>
          <w:p w14:paraId="453CA0AD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41ECF453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3A65E813" w14:textId="621991B1" w:rsidR="003A176F" w:rsidRDefault="00DB75FB">
            <w:pPr>
              <w:pStyle w:val="TableParagraph"/>
              <w:spacing w:before="69"/>
              <w:ind w:left="75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  <w:p w14:paraId="7284E529" w14:textId="77777777" w:rsidR="003A176F" w:rsidRDefault="00DB75FB">
            <w:pPr>
              <w:pStyle w:val="TableParagraph"/>
              <w:spacing w:before="5" w:line="247" w:lineRule="auto"/>
              <w:ind w:left="75" w:right="315"/>
              <w:rPr>
                <w:sz w:val="16"/>
              </w:rPr>
            </w:pPr>
            <w:r>
              <w:rPr>
                <w:w w:val="90"/>
                <w:sz w:val="16"/>
              </w:rPr>
              <w:t>https:/</w:t>
            </w:r>
            <w:hyperlink r:id="rId13">
              <w:r>
                <w:rPr>
                  <w:w w:val="90"/>
                  <w:sz w:val="16"/>
                </w:rPr>
                <w:t>/www.yaklass.ru/p/matematika/6-klass/naturalnye-chisla-</w:t>
              </w:r>
            </w:hyperlink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13968</w:t>
            </w:r>
          </w:p>
        </w:tc>
      </w:tr>
      <w:tr w:rsidR="003A176F" w14:paraId="2B58035C" w14:textId="77777777">
        <w:trPr>
          <w:trHeight w:val="510"/>
        </w:trPr>
        <w:tc>
          <w:tcPr>
            <w:tcW w:w="468" w:type="dxa"/>
          </w:tcPr>
          <w:p w14:paraId="27E691B2" w14:textId="77777777" w:rsidR="003A176F" w:rsidRDefault="00DB75FB">
            <w:pPr>
              <w:pStyle w:val="TableParagraph"/>
              <w:spacing w:before="61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1.14.</w:t>
            </w:r>
          </w:p>
        </w:tc>
        <w:tc>
          <w:tcPr>
            <w:tcW w:w="7436" w:type="dxa"/>
          </w:tcPr>
          <w:p w14:paraId="537016BB" w14:textId="77777777" w:rsidR="003A176F" w:rsidRDefault="00DB75FB">
            <w:pPr>
              <w:pStyle w:val="TableParagraph"/>
              <w:spacing w:before="61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Степень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натуральным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показателем.</w:t>
            </w:r>
          </w:p>
        </w:tc>
        <w:tc>
          <w:tcPr>
            <w:tcW w:w="528" w:type="dxa"/>
          </w:tcPr>
          <w:p w14:paraId="0E24DF33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37936425" w14:textId="77777777" w:rsidR="003A176F" w:rsidRDefault="00DB75FB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2C75B742" w14:textId="77777777" w:rsidR="003A176F" w:rsidRDefault="00DB75F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3B043452" w14:textId="54D09CBB" w:rsidR="003A176F" w:rsidRDefault="00DB75FB">
            <w:pPr>
              <w:pStyle w:val="TableParagraph"/>
              <w:spacing w:before="64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4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</w:tbl>
    <w:p w14:paraId="6A85A488" w14:textId="77777777" w:rsidR="003A176F" w:rsidRDefault="003A176F">
      <w:pPr>
        <w:spacing w:line="247" w:lineRule="auto"/>
        <w:rPr>
          <w:sz w:val="16"/>
        </w:rPr>
        <w:sectPr w:rsidR="003A176F">
          <w:pgSz w:w="16860" w:h="11900" w:orient="landscape"/>
          <w:pgMar w:top="4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36"/>
        <w:gridCol w:w="528"/>
        <w:gridCol w:w="1443"/>
        <w:gridCol w:w="1479"/>
        <w:gridCol w:w="4158"/>
      </w:tblGrid>
      <w:tr w:rsidR="003A176F" w14:paraId="30213E34" w14:textId="77777777">
        <w:trPr>
          <w:trHeight w:val="686"/>
        </w:trPr>
        <w:tc>
          <w:tcPr>
            <w:tcW w:w="468" w:type="dxa"/>
          </w:tcPr>
          <w:p w14:paraId="2405D385" w14:textId="77777777" w:rsidR="003A176F" w:rsidRDefault="00DB75FB">
            <w:pPr>
              <w:pStyle w:val="TableParagraph"/>
              <w:spacing w:before="54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1.15.</w:t>
            </w:r>
          </w:p>
        </w:tc>
        <w:tc>
          <w:tcPr>
            <w:tcW w:w="7436" w:type="dxa"/>
          </w:tcPr>
          <w:p w14:paraId="0E904E31" w14:textId="77777777" w:rsidR="003A176F" w:rsidRDefault="00DB75FB">
            <w:pPr>
              <w:pStyle w:val="TableParagraph"/>
              <w:spacing w:before="54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Числовые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выражения;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порядок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действий.</w:t>
            </w:r>
          </w:p>
        </w:tc>
        <w:tc>
          <w:tcPr>
            <w:tcW w:w="528" w:type="dxa"/>
          </w:tcPr>
          <w:p w14:paraId="51145C1B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151E5B64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48A4CE2A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7585FBFE" w14:textId="50C947B4" w:rsidR="003A176F" w:rsidRDefault="00DB75FB">
            <w:pPr>
              <w:pStyle w:val="TableParagraph"/>
              <w:spacing w:before="61"/>
              <w:ind w:left="75" w:right="3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https://resh.edu.ru/subject/lesson/7708/conspect/325181/</w:t>
            </w:r>
          </w:p>
        </w:tc>
      </w:tr>
      <w:tr w:rsidR="003A176F" w14:paraId="5062ECE6" w14:textId="77777777">
        <w:trPr>
          <w:trHeight w:val="530"/>
        </w:trPr>
        <w:tc>
          <w:tcPr>
            <w:tcW w:w="468" w:type="dxa"/>
          </w:tcPr>
          <w:p w14:paraId="065C1F58" w14:textId="77777777" w:rsidR="003A176F" w:rsidRDefault="00DB75FB">
            <w:pPr>
              <w:pStyle w:val="TableParagraph"/>
              <w:spacing w:before="54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1.16.</w:t>
            </w:r>
          </w:p>
        </w:tc>
        <w:tc>
          <w:tcPr>
            <w:tcW w:w="7436" w:type="dxa"/>
          </w:tcPr>
          <w:p w14:paraId="172B2D44" w14:textId="77777777" w:rsidR="003A176F" w:rsidRDefault="00DB75FB">
            <w:pPr>
              <w:pStyle w:val="TableParagraph"/>
              <w:spacing w:before="54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все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арифметические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действия,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движение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покупки</w:t>
            </w:r>
          </w:p>
        </w:tc>
        <w:tc>
          <w:tcPr>
            <w:tcW w:w="528" w:type="dxa"/>
          </w:tcPr>
          <w:p w14:paraId="6E744951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7E2D8A6E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9" w:type="dxa"/>
          </w:tcPr>
          <w:p w14:paraId="34248E48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79731E6B" w14:textId="07FEB097" w:rsidR="003A176F" w:rsidRDefault="00DB75FB">
            <w:pPr>
              <w:pStyle w:val="TableParagraph"/>
              <w:spacing w:before="61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5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66A632D7" w14:textId="77777777">
        <w:trPr>
          <w:trHeight w:val="335"/>
        </w:trPr>
        <w:tc>
          <w:tcPr>
            <w:tcW w:w="7904" w:type="dxa"/>
            <w:gridSpan w:val="2"/>
          </w:tcPr>
          <w:p w14:paraId="7E272179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3E3C0AB4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443" w:type="dxa"/>
          </w:tcPr>
          <w:p w14:paraId="20737D0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</w:tcPr>
          <w:p w14:paraId="09901CA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78A82BD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44FBFEE5" w14:textId="77777777">
        <w:trPr>
          <w:trHeight w:val="340"/>
        </w:trPr>
        <w:tc>
          <w:tcPr>
            <w:tcW w:w="15512" w:type="dxa"/>
            <w:gridSpan w:val="6"/>
          </w:tcPr>
          <w:p w14:paraId="10F93F3F" w14:textId="77777777" w:rsidR="003A176F" w:rsidRDefault="00DB75FB">
            <w:pPr>
              <w:pStyle w:val="TableParagraph"/>
              <w:spacing w:before="61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 xml:space="preserve">2.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>
              <w:rPr>
                <w:b/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Линии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плоскости</w:t>
            </w:r>
          </w:p>
        </w:tc>
      </w:tr>
      <w:tr w:rsidR="003A176F" w14:paraId="3A7726BA" w14:textId="77777777">
        <w:trPr>
          <w:trHeight w:val="530"/>
        </w:trPr>
        <w:tc>
          <w:tcPr>
            <w:tcW w:w="468" w:type="dxa"/>
          </w:tcPr>
          <w:p w14:paraId="126E7B13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7436" w:type="dxa"/>
          </w:tcPr>
          <w:p w14:paraId="33744040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Точка,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прямая,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отрезок,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луч.</w:t>
            </w:r>
          </w:p>
        </w:tc>
        <w:tc>
          <w:tcPr>
            <w:tcW w:w="528" w:type="dxa"/>
          </w:tcPr>
          <w:p w14:paraId="0DD1A182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3E2DABED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792989A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49937EE0" w14:textId="5BEF578D" w:rsidR="003A176F" w:rsidRDefault="00DB75FB">
            <w:pPr>
              <w:pStyle w:val="TableParagraph"/>
              <w:spacing w:before="57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6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A1B0893" w14:textId="77777777">
        <w:trPr>
          <w:trHeight w:val="530"/>
        </w:trPr>
        <w:tc>
          <w:tcPr>
            <w:tcW w:w="468" w:type="dxa"/>
          </w:tcPr>
          <w:p w14:paraId="08156EC3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7436" w:type="dxa"/>
          </w:tcPr>
          <w:p w14:paraId="3946E35E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sz w:val="16"/>
              </w:rPr>
              <w:t>Ломаная.</w:t>
            </w:r>
          </w:p>
        </w:tc>
        <w:tc>
          <w:tcPr>
            <w:tcW w:w="528" w:type="dxa"/>
          </w:tcPr>
          <w:p w14:paraId="6F8D4D49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1ADAD5F2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584E5218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4FB050DD" w14:textId="37192D65" w:rsidR="003A176F" w:rsidRDefault="00DB75FB">
            <w:pPr>
              <w:pStyle w:val="TableParagraph"/>
              <w:spacing w:before="57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7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D334357" w14:textId="77777777">
        <w:trPr>
          <w:trHeight w:val="530"/>
        </w:trPr>
        <w:tc>
          <w:tcPr>
            <w:tcW w:w="468" w:type="dxa"/>
          </w:tcPr>
          <w:p w14:paraId="3A24C486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7436" w:type="dxa"/>
          </w:tcPr>
          <w:p w14:paraId="2F940958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Измерение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длины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отрезка,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метрические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единицы</w:t>
            </w:r>
            <w:r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измерения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длины.</w:t>
            </w:r>
          </w:p>
        </w:tc>
        <w:tc>
          <w:tcPr>
            <w:tcW w:w="528" w:type="dxa"/>
          </w:tcPr>
          <w:p w14:paraId="5D374571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2C6FDD0A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5A7F8C11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6A2D544C" w14:textId="77777777" w:rsidR="003A176F" w:rsidRDefault="00DB75FB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807C591" w14:textId="77777777" w:rsidR="003A176F" w:rsidRDefault="00DB75FB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https://resh.edu.ru/subject/lesson/7740/conspect/234850/</w:t>
            </w:r>
          </w:p>
        </w:tc>
      </w:tr>
      <w:tr w:rsidR="003A176F" w14:paraId="43B11DA0" w14:textId="77777777">
        <w:trPr>
          <w:trHeight w:val="530"/>
        </w:trPr>
        <w:tc>
          <w:tcPr>
            <w:tcW w:w="468" w:type="dxa"/>
          </w:tcPr>
          <w:p w14:paraId="02AB1728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7436" w:type="dxa"/>
          </w:tcPr>
          <w:p w14:paraId="78A415FF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Окружность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 круг.</w:t>
            </w:r>
          </w:p>
        </w:tc>
        <w:tc>
          <w:tcPr>
            <w:tcW w:w="528" w:type="dxa"/>
          </w:tcPr>
          <w:p w14:paraId="49ECC7E2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1BBCF767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3B6BFD24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38DB15EF" w14:textId="77777777" w:rsidR="003A176F" w:rsidRDefault="00DB75FB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7E55315" w14:textId="77777777" w:rsidR="003A176F" w:rsidRDefault="00DB75FB">
            <w:pPr>
              <w:pStyle w:val="TableParagraph"/>
              <w:spacing w:before="8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https://resh.edu.ru/subject/lesson/7736/conspect/312522/</w:t>
            </w:r>
          </w:p>
        </w:tc>
      </w:tr>
      <w:tr w:rsidR="003A176F" w14:paraId="770ACFE4" w14:textId="77777777">
        <w:trPr>
          <w:trHeight w:val="529"/>
        </w:trPr>
        <w:tc>
          <w:tcPr>
            <w:tcW w:w="468" w:type="dxa"/>
          </w:tcPr>
          <w:p w14:paraId="7CCA6A86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7436" w:type="dxa"/>
          </w:tcPr>
          <w:p w14:paraId="7C6589FE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«Построение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узора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из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окружностей».</w:t>
            </w:r>
          </w:p>
        </w:tc>
        <w:tc>
          <w:tcPr>
            <w:tcW w:w="528" w:type="dxa"/>
          </w:tcPr>
          <w:p w14:paraId="5E6BC417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674E9912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4D5324E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4158" w:type="dxa"/>
          </w:tcPr>
          <w:p w14:paraId="09BB71D6" w14:textId="634E51D5" w:rsidR="003A176F" w:rsidRDefault="00DB75FB">
            <w:pPr>
              <w:pStyle w:val="TableParagraph"/>
              <w:spacing w:before="59" w:line="244" w:lineRule="auto"/>
              <w:ind w:left="75" w:right="315"/>
              <w:rPr>
                <w:sz w:val="16"/>
              </w:rPr>
            </w:pPr>
            <w:proofErr w:type="gramStart"/>
            <w:r>
              <w:rPr>
                <w:sz w:val="16"/>
              </w:rPr>
              <w:t>Урок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рф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https://урок.рф/search?q=работа+с+циркулем&amp;x=0&amp;y=0</w:t>
            </w:r>
          </w:p>
        </w:tc>
      </w:tr>
      <w:tr w:rsidR="003A176F" w14:paraId="40D6BD88" w14:textId="77777777">
        <w:trPr>
          <w:trHeight w:val="529"/>
        </w:trPr>
        <w:tc>
          <w:tcPr>
            <w:tcW w:w="468" w:type="dxa"/>
            <w:tcBorders>
              <w:bottom w:val="single" w:sz="6" w:space="0" w:color="000000"/>
            </w:tcBorders>
          </w:tcPr>
          <w:p w14:paraId="74D66406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7436" w:type="dxa"/>
            <w:tcBorders>
              <w:bottom w:val="single" w:sz="6" w:space="0" w:color="000000"/>
            </w:tcBorders>
          </w:tcPr>
          <w:p w14:paraId="5FC8204E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sz w:val="16"/>
              </w:rPr>
              <w:t>Угол.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1B8C405B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</w:tcBorders>
          </w:tcPr>
          <w:p w14:paraId="6E8DABBD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14:paraId="4C0252D7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  <w:tcBorders>
              <w:bottom w:val="single" w:sz="6" w:space="0" w:color="000000"/>
            </w:tcBorders>
          </w:tcPr>
          <w:p w14:paraId="1030F293" w14:textId="2526F9EA" w:rsidR="003A176F" w:rsidRDefault="00DB75FB">
            <w:pPr>
              <w:pStyle w:val="TableParagraph"/>
              <w:spacing w:before="59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8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9125E90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0931D2DE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7436" w:type="dxa"/>
            <w:tcBorders>
              <w:top w:val="single" w:sz="6" w:space="0" w:color="000000"/>
            </w:tcBorders>
          </w:tcPr>
          <w:p w14:paraId="57733490" w14:textId="24038BDC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Прямой,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острый,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тупой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 w:rsidR="009A1DF5">
              <w:rPr>
                <w:color w:val="201F1F"/>
                <w:w w:val="95"/>
                <w:sz w:val="16"/>
              </w:rPr>
              <w:t>развё</w:t>
            </w:r>
            <w:r>
              <w:rPr>
                <w:color w:val="201F1F"/>
                <w:w w:val="95"/>
                <w:sz w:val="16"/>
              </w:rPr>
              <w:t>рнутый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углы.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79B44EB4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  <w:tcBorders>
              <w:top w:val="single" w:sz="6" w:space="0" w:color="000000"/>
            </w:tcBorders>
          </w:tcPr>
          <w:p w14:paraId="153C39CB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</w:tcBorders>
          </w:tcPr>
          <w:p w14:paraId="4281D18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  <w:tcBorders>
              <w:top w:val="single" w:sz="6" w:space="0" w:color="000000"/>
            </w:tcBorders>
          </w:tcPr>
          <w:p w14:paraId="094FE50A" w14:textId="5B9CB05E" w:rsidR="003A176F" w:rsidRDefault="00DB75FB">
            <w:pPr>
              <w:pStyle w:val="TableParagraph"/>
              <w:spacing w:before="54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19">
              <w:r>
                <w:rPr>
                  <w:w w:val="90"/>
                  <w:sz w:val="16"/>
                </w:rPr>
                <w:t>/www.yaklass.ru/p/</w:t>
              </w:r>
            </w:hyperlink>
          </w:p>
        </w:tc>
      </w:tr>
      <w:tr w:rsidR="003A176F" w14:paraId="2CCF0B65" w14:textId="77777777">
        <w:trPr>
          <w:trHeight w:val="530"/>
        </w:trPr>
        <w:tc>
          <w:tcPr>
            <w:tcW w:w="468" w:type="dxa"/>
          </w:tcPr>
          <w:p w14:paraId="30C2A16A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7436" w:type="dxa"/>
          </w:tcPr>
          <w:p w14:paraId="35B736F3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Измерение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углов.</w:t>
            </w:r>
          </w:p>
        </w:tc>
        <w:tc>
          <w:tcPr>
            <w:tcW w:w="528" w:type="dxa"/>
          </w:tcPr>
          <w:p w14:paraId="50C3E124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05A10C41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0E5FDBDA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4158" w:type="dxa"/>
          </w:tcPr>
          <w:p w14:paraId="0E82038E" w14:textId="470D12F2" w:rsidR="003A176F" w:rsidRDefault="00DB75FB">
            <w:pPr>
              <w:pStyle w:val="TableParagraph"/>
              <w:spacing w:before="57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0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1CD1D52F" w14:textId="77777777">
        <w:trPr>
          <w:trHeight w:val="530"/>
        </w:trPr>
        <w:tc>
          <w:tcPr>
            <w:tcW w:w="468" w:type="dxa"/>
          </w:tcPr>
          <w:p w14:paraId="1DF4ECFF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7436" w:type="dxa"/>
          </w:tcPr>
          <w:p w14:paraId="5834BB2B" w14:textId="4EA651B0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«Построение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углов»</w:t>
            </w:r>
            <w:r w:rsidR="009A1DF5">
              <w:rPr>
                <w:color w:val="201F1F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«Построение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углов»</w:t>
            </w:r>
          </w:p>
        </w:tc>
        <w:tc>
          <w:tcPr>
            <w:tcW w:w="528" w:type="dxa"/>
          </w:tcPr>
          <w:p w14:paraId="79FD33DD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01BB9DED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0</w:t>
            </w:r>
          </w:p>
        </w:tc>
        <w:tc>
          <w:tcPr>
            <w:tcW w:w="1479" w:type="dxa"/>
          </w:tcPr>
          <w:p w14:paraId="15A62B4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4158" w:type="dxa"/>
          </w:tcPr>
          <w:p w14:paraId="22D7BDCF" w14:textId="77777777" w:rsidR="003A176F" w:rsidRDefault="00DB75FB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9996559" w14:textId="77777777" w:rsidR="003A176F" w:rsidRDefault="00DB75FB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https://resh.edu.ru/subject/lesson/2780/start/</w:t>
            </w:r>
          </w:p>
        </w:tc>
      </w:tr>
      <w:tr w:rsidR="003A176F" w14:paraId="222C8CB4" w14:textId="77777777">
        <w:trPr>
          <w:trHeight w:val="337"/>
        </w:trPr>
        <w:tc>
          <w:tcPr>
            <w:tcW w:w="7904" w:type="dxa"/>
            <w:gridSpan w:val="2"/>
          </w:tcPr>
          <w:p w14:paraId="38EC3B59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59ADA5EA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443" w:type="dxa"/>
          </w:tcPr>
          <w:p w14:paraId="75C2E10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</w:tcPr>
          <w:p w14:paraId="503F3C9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2503E9C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098F31A6" w14:textId="77777777">
        <w:trPr>
          <w:trHeight w:val="337"/>
        </w:trPr>
        <w:tc>
          <w:tcPr>
            <w:tcW w:w="15512" w:type="dxa"/>
            <w:gridSpan w:val="6"/>
          </w:tcPr>
          <w:p w14:paraId="221E9036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Обыкновенные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дроби</w:t>
            </w:r>
          </w:p>
        </w:tc>
      </w:tr>
      <w:tr w:rsidR="003A176F" w14:paraId="717B002C" w14:textId="77777777">
        <w:trPr>
          <w:trHeight w:val="530"/>
        </w:trPr>
        <w:tc>
          <w:tcPr>
            <w:tcW w:w="468" w:type="dxa"/>
          </w:tcPr>
          <w:p w14:paraId="55707276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7436" w:type="dxa"/>
          </w:tcPr>
          <w:p w14:paraId="55E40BCE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sz w:val="16"/>
              </w:rPr>
              <w:t>Дробь.</w:t>
            </w:r>
          </w:p>
        </w:tc>
        <w:tc>
          <w:tcPr>
            <w:tcW w:w="528" w:type="dxa"/>
          </w:tcPr>
          <w:p w14:paraId="28A5D01A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7C2D4F5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</w:tcPr>
          <w:p w14:paraId="714A550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4BAE1C28" w14:textId="03F0C6F3" w:rsidR="003A176F" w:rsidRDefault="00DB75FB">
            <w:pPr>
              <w:pStyle w:val="TableParagraph"/>
              <w:spacing w:before="59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1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1985F636" w14:textId="77777777">
        <w:trPr>
          <w:trHeight w:val="529"/>
        </w:trPr>
        <w:tc>
          <w:tcPr>
            <w:tcW w:w="468" w:type="dxa"/>
            <w:tcBorders>
              <w:bottom w:val="single" w:sz="6" w:space="0" w:color="000000"/>
            </w:tcBorders>
          </w:tcPr>
          <w:p w14:paraId="16C2896E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7436" w:type="dxa"/>
            <w:tcBorders>
              <w:bottom w:val="single" w:sz="6" w:space="0" w:color="000000"/>
            </w:tcBorders>
          </w:tcPr>
          <w:p w14:paraId="401EF4BD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Правильные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неправильные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7E9FBDD7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  <w:tcBorders>
              <w:bottom w:val="single" w:sz="6" w:space="0" w:color="000000"/>
            </w:tcBorders>
          </w:tcPr>
          <w:p w14:paraId="5142D06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14:paraId="0B40C2A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bottom w:val="single" w:sz="6" w:space="0" w:color="000000"/>
            </w:tcBorders>
          </w:tcPr>
          <w:p w14:paraId="4E792B7B" w14:textId="74232935" w:rsidR="003A176F" w:rsidRDefault="00DB75FB">
            <w:pPr>
              <w:pStyle w:val="TableParagraph"/>
              <w:spacing w:before="59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2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5506012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43433801" w14:textId="77777777" w:rsidR="003A176F" w:rsidRDefault="00DB75FB">
            <w:pPr>
              <w:pStyle w:val="TableParagraph"/>
              <w:spacing w:before="49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7436" w:type="dxa"/>
            <w:tcBorders>
              <w:top w:val="single" w:sz="6" w:space="0" w:color="000000"/>
            </w:tcBorders>
          </w:tcPr>
          <w:p w14:paraId="04C855A9" w14:textId="52D7F878" w:rsidR="003A176F" w:rsidRDefault="00DB75FB">
            <w:pPr>
              <w:pStyle w:val="TableParagraph"/>
              <w:spacing w:before="49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Основное</w:t>
            </w:r>
            <w:r w:rsidR="00B345FA">
              <w:rPr>
                <w:color w:val="201F1F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свойство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148AD8F6" w14:textId="77777777" w:rsidR="003A176F" w:rsidRDefault="00DB75FB">
            <w:pPr>
              <w:pStyle w:val="TableParagraph"/>
              <w:spacing w:before="49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443" w:type="dxa"/>
            <w:tcBorders>
              <w:top w:val="single" w:sz="6" w:space="0" w:color="000000"/>
            </w:tcBorders>
          </w:tcPr>
          <w:p w14:paraId="2DB2216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  <w:tcBorders>
              <w:top w:val="single" w:sz="6" w:space="0" w:color="000000"/>
            </w:tcBorders>
          </w:tcPr>
          <w:p w14:paraId="25B8EDB9" w14:textId="77777777" w:rsidR="003A176F" w:rsidRDefault="00DB75FB">
            <w:pPr>
              <w:pStyle w:val="TableParagraph"/>
              <w:spacing w:before="49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4158" w:type="dxa"/>
            <w:tcBorders>
              <w:top w:val="single" w:sz="6" w:space="0" w:color="000000"/>
            </w:tcBorders>
          </w:tcPr>
          <w:p w14:paraId="4284A29B" w14:textId="77777777" w:rsidR="003A176F" w:rsidRDefault="00DB75FB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55EEA53" w14:textId="77777777" w:rsidR="003A176F" w:rsidRDefault="00DB75FB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https://resh.edu.ru/subject/lesson/705/</w:t>
            </w:r>
          </w:p>
        </w:tc>
      </w:tr>
      <w:tr w:rsidR="003A176F" w14:paraId="5D7792C9" w14:textId="77777777">
        <w:trPr>
          <w:trHeight w:val="529"/>
        </w:trPr>
        <w:tc>
          <w:tcPr>
            <w:tcW w:w="468" w:type="dxa"/>
          </w:tcPr>
          <w:p w14:paraId="07827E5D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7436" w:type="dxa"/>
          </w:tcPr>
          <w:p w14:paraId="343677DF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Сравнение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28" w:type="dxa"/>
          </w:tcPr>
          <w:p w14:paraId="28A187CB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57E3522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</w:tcPr>
          <w:p w14:paraId="46D3B97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437E405A" w14:textId="1E4FBD70" w:rsidR="003A176F" w:rsidRDefault="00DB75FB">
            <w:pPr>
              <w:pStyle w:val="TableParagraph"/>
              <w:spacing w:before="54" w:line="247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3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6D8311C8" w14:textId="77777777">
        <w:trPr>
          <w:trHeight w:val="530"/>
        </w:trPr>
        <w:tc>
          <w:tcPr>
            <w:tcW w:w="468" w:type="dxa"/>
          </w:tcPr>
          <w:p w14:paraId="4F471DE8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7436" w:type="dxa"/>
          </w:tcPr>
          <w:p w14:paraId="765334E7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Сложение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вычитание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обыкновенных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28" w:type="dxa"/>
          </w:tcPr>
          <w:p w14:paraId="71218A23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443" w:type="dxa"/>
          </w:tcPr>
          <w:p w14:paraId="2EBD433F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9" w:type="dxa"/>
          </w:tcPr>
          <w:p w14:paraId="2DC99C5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2A7F378E" w14:textId="6EA07FB2" w:rsidR="003A176F" w:rsidRDefault="00DB75FB">
            <w:pPr>
              <w:pStyle w:val="TableParagraph"/>
              <w:spacing w:before="57" w:line="244" w:lineRule="auto"/>
              <w:ind w:left="75" w:right="2481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9A1DF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7ED925AE" w14:textId="77777777">
        <w:trPr>
          <w:trHeight w:val="508"/>
        </w:trPr>
        <w:tc>
          <w:tcPr>
            <w:tcW w:w="468" w:type="dxa"/>
          </w:tcPr>
          <w:p w14:paraId="584E25A2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7436" w:type="dxa"/>
          </w:tcPr>
          <w:p w14:paraId="49069AFB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Смешанная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дробь.</w:t>
            </w:r>
          </w:p>
        </w:tc>
        <w:tc>
          <w:tcPr>
            <w:tcW w:w="528" w:type="dxa"/>
          </w:tcPr>
          <w:p w14:paraId="1D7474F0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443" w:type="dxa"/>
          </w:tcPr>
          <w:p w14:paraId="17B6E84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</w:tcPr>
          <w:p w14:paraId="5EFA353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</w:tcPr>
          <w:p w14:paraId="3FD7C8F5" w14:textId="77777777" w:rsidR="003A176F" w:rsidRDefault="00DB75FB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4453A44" w14:textId="77777777" w:rsidR="003A176F" w:rsidRDefault="00DB75FB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sz w:val="16"/>
              </w:rPr>
              <w:t>https://resh.edu.ru/subject/lesson/7761/conspect/288261/</w:t>
            </w:r>
          </w:p>
        </w:tc>
      </w:tr>
    </w:tbl>
    <w:p w14:paraId="6B878263" w14:textId="77777777" w:rsidR="003A176F" w:rsidRDefault="003A176F">
      <w:pPr>
        <w:rPr>
          <w:sz w:val="16"/>
        </w:rPr>
        <w:sectPr w:rsidR="003A176F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34"/>
        <w:gridCol w:w="531"/>
        <w:gridCol w:w="1443"/>
        <w:gridCol w:w="1476"/>
        <w:gridCol w:w="4160"/>
      </w:tblGrid>
      <w:tr w:rsidR="003A176F" w14:paraId="0AA9C616" w14:textId="77777777">
        <w:trPr>
          <w:trHeight w:val="695"/>
        </w:trPr>
        <w:tc>
          <w:tcPr>
            <w:tcW w:w="468" w:type="dxa"/>
          </w:tcPr>
          <w:p w14:paraId="48A20BAC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3.7.</w:t>
            </w:r>
          </w:p>
        </w:tc>
        <w:tc>
          <w:tcPr>
            <w:tcW w:w="7434" w:type="dxa"/>
          </w:tcPr>
          <w:p w14:paraId="0BA69B22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Умножение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деление</w:t>
            </w:r>
            <w:r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обыкновенных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дробей;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взаимно-обратные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31" w:type="dxa"/>
          </w:tcPr>
          <w:p w14:paraId="119A0C12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8</w:t>
            </w:r>
          </w:p>
        </w:tc>
        <w:tc>
          <w:tcPr>
            <w:tcW w:w="1443" w:type="dxa"/>
          </w:tcPr>
          <w:p w14:paraId="5DCDC22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99EA4D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1627A9CC" w14:textId="6F114B77" w:rsidR="003A176F" w:rsidRDefault="00DB75FB">
            <w:pPr>
              <w:pStyle w:val="TableParagraph"/>
              <w:spacing w:before="61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4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699ACF8" w14:textId="77777777">
        <w:trPr>
          <w:trHeight w:val="530"/>
        </w:trPr>
        <w:tc>
          <w:tcPr>
            <w:tcW w:w="468" w:type="dxa"/>
          </w:tcPr>
          <w:p w14:paraId="2E20FEB4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3.8.</w:t>
            </w:r>
          </w:p>
        </w:tc>
        <w:tc>
          <w:tcPr>
            <w:tcW w:w="7434" w:type="dxa"/>
          </w:tcPr>
          <w:p w14:paraId="42D80885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держащих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31" w:type="dxa"/>
          </w:tcPr>
          <w:p w14:paraId="74CBBAF1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46CFAD9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2842F4B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2BB1C953" w14:textId="77777777" w:rsidR="003A176F" w:rsidRDefault="00DB75FB">
            <w:pPr>
              <w:pStyle w:val="TableParagraph"/>
              <w:spacing w:before="59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E853045" w14:textId="77777777" w:rsidR="003A176F" w:rsidRDefault="00DB75FB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https://resh.edu.ru/subject/lesson/706/</w:t>
            </w:r>
          </w:p>
        </w:tc>
      </w:tr>
      <w:tr w:rsidR="003A176F" w14:paraId="0E1098EE" w14:textId="77777777">
        <w:trPr>
          <w:trHeight w:val="530"/>
        </w:trPr>
        <w:tc>
          <w:tcPr>
            <w:tcW w:w="468" w:type="dxa"/>
          </w:tcPr>
          <w:p w14:paraId="408D8122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3.9.</w:t>
            </w:r>
          </w:p>
        </w:tc>
        <w:tc>
          <w:tcPr>
            <w:tcW w:w="7434" w:type="dxa"/>
          </w:tcPr>
          <w:p w14:paraId="0F9FC36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Основные за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дачи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31" w:type="dxa"/>
          </w:tcPr>
          <w:p w14:paraId="7F1910C6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7FA5768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09C05FB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342517D8" w14:textId="0589151C" w:rsidR="003A176F" w:rsidRDefault="00DB75FB">
            <w:pPr>
              <w:pStyle w:val="TableParagraph"/>
              <w:spacing w:before="61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5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2D7063F2" w14:textId="77777777">
        <w:trPr>
          <w:trHeight w:val="532"/>
        </w:trPr>
        <w:tc>
          <w:tcPr>
            <w:tcW w:w="468" w:type="dxa"/>
          </w:tcPr>
          <w:p w14:paraId="2DC7A5AC" w14:textId="77777777" w:rsidR="003A176F" w:rsidRDefault="00DB75FB">
            <w:pPr>
              <w:pStyle w:val="TableParagraph"/>
              <w:spacing w:before="57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3.10.</w:t>
            </w:r>
          </w:p>
        </w:tc>
        <w:tc>
          <w:tcPr>
            <w:tcW w:w="7434" w:type="dxa"/>
          </w:tcPr>
          <w:p w14:paraId="5F2B8EB3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Применение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букв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для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записи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математических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выражений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предложений</w:t>
            </w:r>
          </w:p>
        </w:tc>
        <w:tc>
          <w:tcPr>
            <w:tcW w:w="531" w:type="dxa"/>
          </w:tcPr>
          <w:p w14:paraId="250E535A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31A073DF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6" w:type="dxa"/>
          </w:tcPr>
          <w:p w14:paraId="7389F31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0E40E68C" w14:textId="77777777" w:rsidR="003A176F" w:rsidRDefault="00DB75FB">
            <w:pPr>
              <w:pStyle w:val="TableParagraph"/>
              <w:spacing w:before="59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AD94D1E" w14:textId="77777777" w:rsidR="003A176F" w:rsidRDefault="00DB75FB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https://resh.edu.ru/subject/lesson/1429/</w:t>
            </w:r>
          </w:p>
        </w:tc>
      </w:tr>
      <w:tr w:rsidR="003A176F" w14:paraId="56E47F0C" w14:textId="77777777">
        <w:trPr>
          <w:trHeight w:val="337"/>
        </w:trPr>
        <w:tc>
          <w:tcPr>
            <w:tcW w:w="7902" w:type="dxa"/>
            <w:gridSpan w:val="2"/>
          </w:tcPr>
          <w:p w14:paraId="4BB7120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14:paraId="493C8671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443" w:type="dxa"/>
          </w:tcPr>
          <w:p w14:paraId="31FE715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094F241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3C279DF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4AA81F01" w14:textId="77777777">
        <w:trPr>
          <w:trHeight w:val="338"/>
        </w:trPr>
        <w:tc>
          <w:tcPr>
            <w:tcW w:w="15512" w:type="dxa"/>
            <w:gridSpan w:val="6"/>
          </w:tcPr>
          <w:p w14:paraId="16EAD989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>
              <w:rPr>
                <w:b/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Многоугольники</w:t>
            </w:r>
          </w:p>
        </w:tc>
      </w:tr>
      <w:tr w:rsidR="003A176F" w14:paraId="35D5FA38" w14:textId="77777777">
        <w:trPr>
          <w:trHeight w:val="530"/>
        </w:trPr>
        <w:tc>
          <w:tcPr>
            <w:tcW w:w="468" w:type="dxa"/>
          </w:tcPr>
          <w:p w14:paraId="2EBA5915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7434" w:type="dxa"/>
          </w:tcPr>
          <w:p w14:paraId="3DF84DCD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sz w:val="16"/>
              </w:rPr>
              <w:t>Многоугольники.</w:t>
            </w:r>
          </w:p>
        </w:tc>
        <w:tc>
          <w:tcPr>
            <w:tcW w:w="531" w:type="dxa"/>
          </w:tcPr>
          <w:p w14:paraId="79CD7CC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5B38A6D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2764BFE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5F22ACD3" w14:textId="77777777" w:rsidR="003A176F" w:rsidRDefault="00DB75F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04D056D" w14:textId="77777777" w:rsidR="003A176F" w:rsidRDefault="00DB75FB">
            <w:pPr>
              <w:pStyle w:val="TableParagraph"/>
              <w:spacing w:before="3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https://resh.edu.ru/subject/lesson/7727/main/325313</w:t>
            </w:r>
          </w:p>
        </w:tc>
      </w:tr>
      <w:tr w:rsidR="003A176F" w14:paraId="3B9D8F75" w14:textId="77777777">
        <w:trPr>
          <w:trHeight w:val="527"/>
        </w:trPr>
        <w:tc>
          <w:tcPr>
            <w:tcW w:w="468" w:type="dxa"/>
          </w:tcPr>
          <w:p w14:paraId="6CED0517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7434" w:type="dxa"/>
          </w:tcPr>
          <w:p w14:paraId="5BE93FE3" w14:textId="3B66B7A8" w:rsidR="003A176F" w:rsidRDefault="009A1DF5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Четырё</w:t>
            </w:r>
            <w:r w:rsidR="00DB75FB">
              <w:rPr>
                <w:color w:val="201F1F"/>
                <w:w w:val="95"/>
                <w:sz w:val="16"/>
              </w:rPr>
              <w:t>хугольник,</w:t>
            </w:r>
            <w:r w:rsidR="00DB75FB"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прямоугольник,</w:t>
            </w:r>
            <w:r w:rsidR="00DB75FB"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квадрат.</w:t>
            </w:r>
          </w:p>
        </w:tc>
        <w:tc>
          <w:tcPr>
            <w:tcW w:w="531" w:type="dxa"/>
          </w:tcPr>
          <w:p w14:paraId="1E44BD1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4E17A64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C51BF3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672266C4" w14:textId="77777777" w:rsidR="003A176F" w:rsidRDefault="00DB75F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DCD64B7" w14:textId="77777777" w:rsidR="003A176F" w:rsidRDefault="00DB75FB">
            <w:pPr>
              <w:pStyle w:val="TableParagraph"/>
              <w:spacing w:before="8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https://resh.edu.ru/subject/lesson/7733/start/233518/</w:t>
            </w:r>
          </w:p>
        </w:tc>
      </w:tr>
      <w:tr w:rsidR="003A176F" w14:paraId="2E41D950" w14:textId="77777777">
        <w:trPr>
          <w:trHeight w:val="530"/>
        </w:trPr>
        <w:tc>
          <w:tcPr>
            <w:tcW w:w="468" w:type="dxa"/>
          </w:tcPr>
          <w:p w14:paraId="26954037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7434" w:type="dxa"/>
          </w:tcPr>
          <w:p w14:paraId="46CD471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«Построение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прямоугольника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заданными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сторонами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нелинованной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бумаге».</w:t>
            </w:r>
          </w:p>
        </w:tc>
        <w:tc>
          <w:tcPr>
            <w:tcW w:w="531" w:type="dxa"/>
          </w:tcPr>
          <w:p w14:paraId="4C2DE1CD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173C4D2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F68257B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4160" w:type="dxa"/>
          </w:tcPr>
          <w:p w14:paraId="5972E3DB" w14:textId="77777777" w:rsidR="003A176F" w:rsidRDefault="00DB75F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79C3249" w14:textId="77777777" w:rsidR="003A176F" w:rsidRDefault="00DB75FB">
            <w:pPr>
              <w:pStyle w:val="TableParagraph"/>
              <w:spacing w:before="8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https://resh.edu.ru/subject/lesson/7727/main/325313/</w:t>
            </w:r>
          </w:p>
        </w:tc>
      </w:tr>
      <w:tr w:rsidR="003A176F" w14:paraId="13F8D3BC" w14:textId="77777777">
        <w:trPr>
          <w:trHeight w:val="530"/>
        </w:trPr>
        <w:tc>
          <w:tcPr>
            <w:tcW w:w="468" w:type="dxa"/>
          </w:tcPr>
          <w:p w14:paraId="2F3A8DC8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7434" w:type="dxa"/>
          </w:tcPr>
          <w:p w14:paraId="745E0293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sz w:val="16"/>
              </w:rPr>
              <w:t>Треугольник.</w:t>
            </w:r>
          </w:p>
        </w:tc>
        <w:tc>
          <w:tcPr>
            <w:tcW w:w="531" w:type="dxa"/>
          </w:tcPr>
          <w:p w14:paraId="5595C833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6E2E1DA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A3544D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689E1782" w14:textId="4263FAFF" w:rsidR="003A176F" w:rsidRDefault="00DB75FB">
            <w:pPr>
              <w:pStyle w:val="TableParagraph"/>
              <w:spacing w:before="59" w:line="244" w:lineRule="auto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6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E5724F1" w14:textId="77777777">
        <w:trPr>
          <w:trHeight w:val="532"/>
        </w:trPr>
        <w:tc>
          <w:tcPr>
            <w:tcW w:w="468" w:type="dxa"/>
          </w:tcPr>
          <w:p w14:paraId="4BDF904A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7434" w:type="dxa"/>
          </w:tcPr>
          <w:p w14:paraId="5AAF3B2D" w14:textId="77777777" w:rsidR="003A176F" w:rsidRDefault="00DB75FB">
            <w:pPr>
              <w:pStyle w:val="TableParagraph"/>
              <w:spacing w:before="59" w:line="244" w:lineRule="auto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Площадь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периметр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прямоугольника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многоугольников,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составленных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из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прямоугольников,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единицы</w:t>
            </w:r>
            <w:r>
              <w:rPr>
                <w:color w:val="201F1F"/>
                <w:spacing w:val="-35"/>
                <w:w w:val="9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измерения</w:t>
            </w:r>
            <w:r>
              <w:rPr>
                <w:color w:val="201F1F"/>
                <w:spacing w:val="-4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площади.</w:t>
            </w:r>
          </w:p>
        </w:tc>
        <w:tc>
          <w:tcPr>
            <w:tcW w:w="531" w:type="dxa"/>
          </w:tcPr>
          <w:p w14:paraId="0F7E1474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72E3573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1695D83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0D945395" w14:textId="10A0D597" w:rsidR="003A176F" w:rsidRDefault="00DB75FB">
            <w:pPr>
              <w:pStyle w:val="TableParagraph"/>
              <w:spacing w:before="59" w:line="244" w:lineRule="auto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7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C12B20A" w14:textId="77777777">
        <w:trPr>
          <w:trHeight w:val="530"/>
        </w:trPr>
        <w:tc>
          <w:tcPr>
            <w:tcW w:w="468" w:type="dxa"/>
          </w:tcPr>
          <w:p w14:paraId="4030F2AA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7434" w:type="dxa"/>
          </w:tcPr>
          <w:p w14:paraId="30DA37AE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Периметр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угольника.</w:t>
            </w:r>
          </w:p>
        </w:tc>
        <w:tc>
          <w:tcPr>
            <w:tcW w:w="531" w:type="dxa"/>
          </w:tcPr>
          <w:p w14:paraId="3E96D279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443" w:type="dxa"/>
          </w:tcPr>
          <w:p w14:paraId="3B1531A4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6" w:type="dxa"/>
          </w:tcPr>
          <w:p w14:paraId="371E379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1D46B176" w14:textId="052ECA3D" w:rsidR="003A176F" w:rsidRDefault="00DB75FB">
            <w:pPr>
              <w:pStyle w:val="TableParagraph"/>
              <w:spacing w:before="57" w:line="244" w:lineRule="auto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8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FC0AD8D" w14:textId="77777777">
        <w:trPr>
          <w:trHeight w:val="338"/>
        </w:trPr>
        <w:tc>
          <w:tcPr>
            <w:tcW w:w="7902" w:type="dxa"/>
            <w:gridSpan w:val="2"/>
          </w:tcPr>
          <w:p w14:paraId="34450FF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14:paraId="58831508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43" w:type="dxa"/>
          </w:tcPr>
          <w:p w14:paraId="37CAAF9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5C026D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679E521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60F26F45" w14:textId="77777777">
        <w:trPr>
          <w:trHeight w:val="335"/>
        </w:trPr>
        <w:tc>
          <w:tcPr>
            <w:tcW w:w="15512" w:type="dxa"/>
            <w:gridSpan w:val="6"/>
          </w:tcPr>
          <w:p w14:paraId="5DCEC899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5.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Десятичные дроби</w:t>
            </w:r>
          </w:p>
        </w:tc>
      </w:tr>
      <w:tr w:rsidR="003A176F" w14:paraId="339219E7" w14:textId="77777777">
        <w:trPr>
          <w:trHeight w:val="530"/>
        </w:trPr>
        <w:tc>
          <w:tcPr>
            <w:tcW w:w="468" w:type="dxa"/>
          </w:tcPr>
          <w:p w14:paraId="4FA3942A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7434" w:type="dxa"/>
          </w:tcPr>
          <w:p w14:paraId="5177F0E3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Десятичная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запись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31" w:type="dxa"/>
          </w:tcPr>
          <w:p w14:paraId="0161284F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1443" w:type="dxa"/>
          </w:tcPr>
          <w:p w14:paraId="07540B2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E3BE62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1AFA34FD" w14:textId="77777777" w:rsidR="003A176F" w:rsidRDefault="00DB75FB">
            <w:pPr>
              <w:pStyle w:val="TableParagraph"/>
              <w:spacing w:before="59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0BCF879C" w14:textId="77777777" w:rsidR="003A176F" w:rsidRDefault="00DB75FB">
            <w:pPr>
              <w:pStyle w:val="TableParagraph"/>
              <w:spacing w:before="8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https://resh.edu.ru/subject/lesson/704/</w:t>
            </w:r>
          </w:p>
        </w:tc>
      </w:tr>
      <w:tr w:rsidR="003A176F" w14:paraId="4F402CFB" w14:textId="77777777">
        <w:trPr>
          <w:trHeight w:val="530"/>
        </w:trPr>
        <w:tc>
          <w:tcPr>
            <w:tcW w:w="468" w:type="dxa"/>
          </w:tcPr>
          <w:p w14:paraId="06F88F88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7434" w:type="dxa"/>
          </w:tcPr>
          <w:p w14:paraId="08A71B5E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Сравнение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десятичных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31" w:type="dxa"/>
          </w:tcPr>
          <w:p w14:paraId="0DD19927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1443" w:type="dxa"/>
          </w:tcPr>
          <w:p w14:paraId="3CED22E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06067B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3D786825" w14:textId="76FB96D4" w:rsidR="003A176F" w:rsidRDefault="00DB75FB">
            <w:pPr>
              <w:pStyle w:val="TableParagraph"/>
              <w:spacing w:before="61" w:line="244" w:lineRule="auto"/>
              <w:ind w:left="80" w:right="419"/>
              <w:rPr>
                <w:sz w:val="16"/>
              </w:rPr>
            </w:pPr>
            <w:r>
              <w:rPr>
                <w:sz w:val="16"/>
              </w:rPr>
              <w:t>Урок.</w:t>
            </w:r>
            <w:r w:rsidR="00B345F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рф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https://урок.рф/search?q=сравнение+дес&amp;x=0&amp;y=0</w:t>
            </w:r>
          </w:p>
        </w:tc>
      </w:tr>
      <w:tr w:rsidR="003A176F" w14:paraId="2E8F3FFD" w14:textId="77777777">
        <w:trPr>
          <w:trHeight w:val="532"/>
        </w:trPr>
        <w:tc>
          <w:tcPr>
            <w:tcW w:w="468" w:type="dxa"/>
          </w:tcPr>
          <w:p w14:paraId="6C0A7558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7434" w:type="dxa"/>
          </w:tcPr>
          <w:p w14:paraId="68449AD7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Действия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десятичными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дробями.</w:t>
            </w:r>
          </w:p>
        </w:tc>
        <w:tc>
          <w:tcPr>
            <w:tcW w:w="531" w:type="dxa"/>
          </w:tcPr>
          <w:p w14:paraId="2AF51D46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443" w:type="dxa"/>
          </w:tcPr>
          <w:p w14:paraId="1870C0E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8A41EE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0B4343DE" w14:textId="2CD6440B" w:rsidR="003A176F" w:rsidRDefault="00DB75FB">
            <w:pPr>
              <w:pStyle w:val="TableParagraph"/>
              <w:spacing w:before="61" w:line="244" w:lineRule="auto"/>
              <w:ind w:left="80" w:right="419"/>
              <w:rPr>
                <w:sz w:val="16"/>
              </w:rPr>
            </w:pPr>
            <w:proofErr w:type="gramStart"/>
            <w:r>
              <w:rPr>
                <w:sz w:val="16"/>
              </w:rPr>
              <w:t>Урок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рф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https://урок.рф/search?q=действия+с+десят&amp;x=0&amp;y=0</w:t>
            </w:r>
          </w:p>
        </w:tc>
      </w:tr>
      <w:tr w:rsidR="003A176F" w14:paraId="5ABE18A3" w14:textId="77777777">
        <w:trPr>
          <w:trHeight w:val="529"/>
        </w:trPr>
        <w:tc>
          <w:tcPr>
            <w:tcW w:w="468" w:type="dxa"/>
          </w:tcPr>
          <w:p w14:paraId="4896AA6C" w14:textId="77777777" w:rsidR="003A176F" w:rsidRDefault="00DB75FB">
            <w:pPr>
              <w:pStyle w:val="TableParagraph"/>
              <w:spacing w:before="54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.5.4.</w:t>
            </w:r>
          </w:p>
        </w:tc>
        <w:tc>
          <w:tcPr>
            <w:tcW w:w="7434" w:type="dxa"/>
          </w:tcPr>
          <w:p w14:paraId="5714BF15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Округление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десятичных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31" w:type="dxa"/>
          </w:tcPr>
          <w:p w14:paraId="51F37E44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443" w:type="dxa"/>
          </w:tcPr>
          <w:p w14:paraId="053FD74A" w14:textId="77777777" w:rsidR="003A176F" w:rsidRDefault="00DB75FB">
            <w:pPr>
              <w:pStyle w:val="TableParagraph"/>
              <w:spacing w:before="54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6" w:type="dxa"/>
          </w:tcPr>
          <w:p w14:paraId="7D32EA8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255C232C" w14:textId="32FD2B98" w:rsidR="003A176F" w:rsidRDefault="00DB75FB">
            <w:pPr>
              <w:pStyle w:val="TableParagraph"/>
              <w:spacing w:before="59" w:line="244" w:lineRule="auto"/>
              <w:ind w:left="80" w:right="2478"/>
              <w:rPr>
                <w:sz w:val="16"/>
              </w:rPr>
            </w:pPr>
            <w:proofErr w:type="gramStart"/>
            <w:r>
              <w:rPr>
                <w:sz w:val="16"/>
              </w:rPr>
              <w:t>Учи</w:t>
            </w:r>
            <w:r w:rsidR="00B345FA">
              <w:rPr>
                <w:sz w:val="16"/>
              </w:rPr>
              <w:t>.</w:t>
            </w:r>
            <w:r>
              <w:rPr>
                <w:sz w:val="16"/>
              </w:rPr>
              <w:t>.</w:t>
            </w:r>
            <w:proofErr w:type="spellStart"/>
            <w:proofErr w:type="gramEnd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17DC98A2" w14:textId="77777777">
        <w:trPr>
          <w:trHeight w:val="529"/>
        </w:trPr>
        <w:tc>
          <w:tcPr>
            <w:tcW w:w="468" w:type="dxa"/>
          </w:tcPr>
          <w:p w14:paraId="49C41442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7434" w:type="dxa"/>
          </w:tcPr>
          <w:p w14:paraId="024A092A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содержащих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31" w:type="dxa"/>
          </w:tcPr>
          <w:p w14:paraId="6D4E33EC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443" w:type="dxa"/>
          </w:tcPr>
          <w:p w14:paraId="6C2AD04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4184578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0D1FCBDD" w14:textId="357E38A4" w:rsidR="003A176F" w:rsidRDefault="00DB75FB">
            <w:pPr>
              <w:pStyle w:val="TableParagraph"/>
              <w:spacing w:before="57" w:line="244" w:lineRule="auto"/>
              <w:ind w:left="80"/>
              <w:rPr>
                <w:sz w:val="16"/>
              </w:rPr>
            </w:pPr>
            <w:r>
              <w:rPr>
                <w:sz w:val="16"/>
              </w:rPr>
              <w:t>Урок.</w:t>
            </w:r>
            <w:r w:rsidR="00B345F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рф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https://урок.рф/search?q=решение+задач+с+дроб&amp;x=0&amp;y=0</w:t>
            </w:r>
          </w:p>
        </w:tc>
      </w:tr>
      <w:tr w:rsidR="003A176F" w14:paraId="3734E16C" w14:textId="77777777">
        <w:trPr>
          <w:trHeight w:val="578"/>
        </w:trPr>
        <w:tc>
          <w:tcPr>
            <w:tcW w:w="468" w:type="dxa"/>
          </w:tcPr>
          <w:p w14:paraId="04D82CF0" w14:textId="77777777" w:rsidR="003A176F" w:rsidRDefault="00DB75FB">
            <w:pPr>
              <w:pStyle w:val="TableParagraph"/>
              <w:spacing w:before="54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7434" w:type="dxa"/>
          </w:tcPr>
          <w:p w14:paraId="74409B7F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Основные за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дачи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дроби.</w:t>
            </w:r>
          </w:p>
        </w:tc>
        <w:tc>
          <w:tcPr>
            <w:tcW w:w="531" w:type="dxa"/>
          </w:tcPr>
          <w:p w14:paraId="6D9A4CB2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443" w:type="dxa"/>
          </w:tcPr>
          <w:p w14:paraId="537D48B7" w14:textId="77777777" w:rsidR="003A176F" w:rsidRDefault="00DB75FB">
            <w:pPr>
              <w:pStyle w:val="TableParagraph"/>
              <w:spacing w:before="54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6" w:type="dxa"/>
          </w:tcPr>
          <w:p w14:paraId="085B7EA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3916B545" w14:textId="464FBDED" w:rsidR="003A176F" w:rsidRDefault="00DB75FB">
            <w:pPr>
              <w:pStyle w:val="TableParagraph"/>
              <w:spacing w:before="59" w:line="244" w:lineRule="auto"/>
              <w:ind w:left="80"/>
              <w:rPr>
                <w:sz w:val="16"/>
              </w:rPr>
            </w:pPr>
            <w:proofErr w:type="gramStart"/>
            <w:r>
              <w:rPr>
                <w:sz w:val="16"/>
              </w:rPr>
              <w:t>Урок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рф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https://урок.рф/search?q=решение+задач+с+дроб&amp;x=0&amp;y=0</w:t>
            </w:r>
          </w:p>
        </w:tc>
      </w:tr>
      <w:tr w:rsidR="003A176F" w14:paraId="0CE69111" w14:textId="77777777">
        <w:trPr>
          <w:trHeight w:val="318"/>
        </w:trPr>
        <w:tc>
          <w:tcPr>
            <w:tcW w:w="7902" w:type="dxa"/>
            <w:gridSpan w:val="2"/>
          </w:tcPr>
          <w:p w14:paraId="02B8BF69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14:paraId="0493C417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443" w:type="dxa"/>
          </w:tcPr>
          <w:p w14:paraId="33D6488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EA926E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7A46E5B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</w:tbl>
    <w:p w14:paraId="04580408" w14:textId="77777777" w:rsidR="003A176F" w:rsidRDefault="003A176F">
      <w:pPr>
        <w:rPr>
          <w:sz w:val="14"/>
        </w:rPr>
        <w:sectPr w:rsidR="003A176F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434"/>
        <w:gridCol w:w="531"/>
        <w:gridCol w:w="1443"/>
        <w:gridCol w:w="1476"/>
        <w:gridCol w:w="4160"/>
      </w:tblGrid>
      <w:tr w:rsidR="003A176F" w14:paraId="61FEB4E1" w14:textId="77777777">
        <w:trPr>
          <w:trHeight w:val="335"/>
        </w:trPr>
        <w:tc>
          <w:tcPr>
            <w:tcW w:w="15512" w:type="dxa"/>
            <w:gridSpan w:val="6"/>
          </w:tcPr>
          <w:p w14:paraId="3F9F6BFE" w14:textId="77777777" w:rsidR="003A176F" w:rsidRDefault="00DB75FB">
            <w:pPr>
              <w:pStyle w:val="TableParagraph"/>
              <w:spacing w:before="61"/>
              <w:ind w:left="81"/>
              <w:rPr>
                <w:b/>
                <w:sz w:val="16"/>
              </w:rPr>
            </w:pPr>
            <w:r>
              <w:rPr>
                <w:b/>
                <w:color w:val="201F1F"/>
                <w:w w:val="95"/>
                <w:sz w:val="16"/>
              </w:rPr>
              <w:lastRenderedPageBreak/>
              <w:t>Раздел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6.</w:t>
            </w:r>
            <w:r>
              <w:rPr>
                <w:b/>
                <w:color w:val="201F1F"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Тела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и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фигуры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в</w:t>
            </w:r>
            <w:r>
              <w:rPr>
                <w:b/>
                <w:color w:val="201F1F"/>
                <w:spacing w:val="-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пространстве</w:t>
            </w:r>
          </w:p>
        </w:tc>
      </w:tr>
      <w:tr w:rsidR="003A176F" w14:paraId="485EAA74" w14:textId="77777777">
        <w:trPr>
          <w:trHeight w:val="530"/>
        </w:trPr>
        <w:tc>
          <w:tcPr>
            <w:tcW w:w="468" w:type="dxa"/>
          </w:tcPr>
          <w:p w14:paraId="036E1221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7434" w:type="dxa"/>
          </w:tcPr>
          <w:p w14:paraId="30BA2F2A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sz w:val="16"/>
              </w:rPr>
              <w:t>Многогранники.</w:t>
            </w:r>
          </w:p>
        </w:tc>
        <w:tc>
          <w:tcPr>
            <w:tcW w:w="531" w:type="dxa"/>
          </w:tcPr>
          <w:p w14:paraId="71B03A6B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10BE04B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64C8E03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094D7240" w14:textId="77777777" w:rsidR="003A176F" w:rsidRDefault="00DB75FB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B24A86F" w14:textId="77777777" w:rsidR="003A176F" w:rsidRDefault="00DB75FB">
            <w:pPr>
              <w:pStyle w:val="TableParagraph"/>
              <w:spacing w:before="2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https://resh.edu.ru/subject/lesson/2780/start/</w:t>
            </w:r>
          </w:p>
        </w:tc>
      </w:tr>
      <w:tr w:rsidR="003A176F" w14:paraId="0CC20FB3" w14:textId="77777777">
        <w:trPr>
          <w:trHeight w:val="530"/>
        </w:trPr>
        <w:tc>
          <w:tcPr>
            <w:tcW w:w="468" w:type="dxa"/>
          </w:tcPr>
          <w:p w14:paraId="72BDEEFE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7434" w:type="dxa"/>
          </w:tcPr>
          <w:p w14:paraId="7B8671B8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Изображение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многогранников.</w:t>
            </w:r>
          </w:p>
        </w:tc>
        <w:tc>
          <w:tcPr>
            <w:tcW w:w="531" w:type="dxa"/>
          </w:tcPr>
          <w:p w14:paraId="6FC58BF6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089760C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268178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5E5C0F41" w14:textId="77777777" w:rsidR="003A176F" w:rsidRDefault="00DB75FB">
            <w:pPr>
              <w:pStyle w:val="TableParagraph"/>
              <w:spacing w:before="61"/>
              <w:ind w:left="80" w:right="1486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https://videouroki.net/?login=ok</w:t>
            </w:r>
          </w:p>
        </w:tc>
      </w:tr>
      <w:tr w:rsidR="003A176F" w14:paraId="1B5E1D8B" w14:textId="77777777">
        <w:trPr>
          <w:trHeight w:val="532"/>
        </w:trPr>
        <w:tc>
          <w:tcPr>
            <w:tcW w:w="468" w:type="dxa"/>
          </w:tcPr>
          <w:p w14:paraId="0BE10CC3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7434" w:type="dxa"/>
          </w:tcPr>
          <w:p w14:paraId="53B35A4C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Модели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пространственных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тел.</w:t>
            </w:r>
          </w:p>
        </w:tc>
        <w:tc>
          <w:tcPr>
            <w:tcW w:w="531" w:type="dxa"/>
          </w:tcPr>
          <w:p w14:paraId="229BFE10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556E673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077B1DD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1934D863" w14:textId="77777777" w:rsidR="003A176F" w:rsidRDefault="00DB75FB">
            <w:pPr>
              <w:pStyle w:val="TableParagraph"/>
              <w:spacing w:before="61"/>
              <w:ind w:left="80" w:right="1486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https://videouroki.net/?login=ok</w:t>
            </w:r>
          </w:p>
        </w:tc>
      </w:tr>
      <w:tr w:rsidR="003A176F" w14:paraId="609158C8" w14:textId="77777777">
        <w:trPr>
          <w:trHeight w:val="530"/>
        </w:trPr>
        <w:tc>
          <w:tcPr>
            <w:tcW w:w="468" w:type="dxa"/>
          </w:tcPr>
          <w:p w14:paraId="04A00D3B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7434" w:type="dxa"/>
          </w:tcPr>
          <w:p w14:paraId="0B28389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Прямоугольный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параллелепипед,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куб.</w:t>
            </w:r>
          </w:p>
        </w:tc>
        <w:tc>
          <w:tcPr>
            <w:tcW w:w="531" w:type="dxa"/>
          </w:tcPr>
          <w:p w14:paraId="211006D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7EE36E5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760C488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50477647" w14:textId="21E99467" w:rsidR="003A176F" w:rsidRDefault="00DB75FB">
            <w:pPr>
              <w:pStyle w:val="TableParagraph"/>
              <w:spacing w:before="59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29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FD0049E" w14:textId="77777777">
        <w:trPr>
          <w:trHeight w:val="530"/>
        </w:trPr>
        <w:tc>
          <w:tcPr>
            <w:tcW w:w="468" w:type="dxa"/>
          </w:tcPr>
          <w:p w14:paraId="4307EC70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7434" w:type="dxa"/>
          </w:tcPr>
          <w:p w14:paraId="2206613A" w14:textId="79595A7C" w:rsidR="003A176F" w:rsidRDefault="00B345FA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Развё</w:t>
            </w:r>
            <w:r w:rsidR="00DB75FB">
              <w:rPr>
                <w:color w:val="201F1F"/>
                <w:w w:val="95"/>
                <w:sz w:val="16"/>
              </w:rPr>
              <w:t>ртки</w:t>
            </w:r>
            <w:r w:rsidR="00DB75FB"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куба</w:t>
            </w:r>
            <w:r w:rsidR="00DB75FB"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и</w:t>
            </w:r>
            <w:r w:rsidR="00DB75FB"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параллелепипеда.</w:t>
            </w:r>
          </w:p>
        </w:tc>
        <w:tc>
          <w:tcPr>
            <w:tcW w:w="531" w:type="dxa"/>
          </w:tcPr>
          <w:p w14:paraId="69CCAE0F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6C3E53E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2E26D38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228E1533" w14:textId="18EF01CC" w:rsidR="003A176F" w:rsidRDefault="00DB75FB">
            <w:pPr>
              <w:pStyle w:val="TableParagraph"/>
              <w:spacing w:before="59"/>
              <w:ind w:left="80" w:right="2478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0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7A876437" w14:textId="77777777">
        <w:trPr>
          <w:trHeight w:val="530"/>
        </w:trPr>
        <w:tc>
          <w:tcPr>
            <w:tcW w:w="468" w:type="dxa"/>
          </w:tcPr>
          <w:p w14:paraId="2A4DF8FE" w14:textId="77777777" w:rsidR="003A176F" w:rsidRDefault="00DB75FB">
            <w:pPr>
              <w:pStyle w:val="TableParagraph"/>
              <w:spacing w:before="57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6.6..</w:t>
            </w:r>
          </w:p>
        </w:tc>
        <w:tc>
          <w:tcPr>
            <w:tcW w:w="7434" w:type="dxa"/>
          </w:tcPr>
          <w:p w14:paraId="0C55E8B7" w14:textId="1DCC808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 w:rsidR="00B345FA">
              <w:rPr>
                <w:color w:val="201F1F"/>
                <w:w w:val="95"/>
                <w:sz w:val="16"/>
              </w:rPr>
              <w:t>«Развё</w:t>
            </w:r>
            <w:r>
              <w:rPr>
                <w:color w:val="201F1F"/>
                <w:w w:val="95"/>
                <w:sz w:val="16"/>
              </w:rPr>
              <w:t>ртка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куба».</w:t>
            </w:r>
          </w:p>
        </w:tc>
        <w:tc>
          <w:tcPr>
            <w:tcW w:w="531" w:type="dxa"/>
          </w:tcPr>
          <w:p w14:paraId="56CD700C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443" w:type="dxa"/>
          </w:tcPr>
          <w:p w14:paraId="225065B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015AB96F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4160" w:type="dxa"/>
          </w:tcPr>
          <w:p w14:paraId="1088814A" w14:textId="77777777" w:rsidR="003A176F" w:rsidRDefault="00DB75F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FD49C92" w14:textId="77777777" w:rsidR="003A176F" w:rsidRDefault="00DB75FB">
            <w:pPr>
              <w:pStyle w:val="TableParagraph"/>
              <w:spacing w:before="3"/>
              <w:ind w:left="80"/>
              <w:rPr>
                <w:sz w:val="16"/>
              </w:rPr>
            </w:pPr>
            <w:r>
              <w:rPr>
                <w:sz w:val="16"/>
              </w:rPr>
              <w:t>https://resh.edu.ru/subject/lesson/7790/start/325244/</w:t>
            </w:r>
          </w:p>
        </w:tc>
      </w:tr>
      <w:tr w:rsidR="003A176F" w14:paraId="315A9BE8" w14:textId="77777777">
        <w:trPr>
          <w:trHeight w:val="530"/>
        </w:trPr>
        <w:tc>
          <w:tcPr>
            <w:tcW w:w="468" w:type="dxa"/>
          </w:tcPr>
          <w:p w14:paraId="371C8BF7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6.7.</w:t>
            </w:r>
          </w:p>
        </w:tc>
        <w:tc>
          <w:tcPr>
            <w:tcW w:w="7434" w:type="dxa"/>
          </w:tcPr>
          <w:p w14:paraId="5D32517B" w14:textId="3BA772BD" w:rsidR="003A176F" w:rsidRDefault="00B345FA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Объё</w:t>
            </w:r>
            <w:r w:rsidR="00DB75FB">
              <w:rPr>
                <w:color w:val="201F1F"/>
                <w:w w:val="95"/>
                <w:sz w:val="16"/>
              </w:rPr>
              <w:t>м</w:t>
            </w:r>
            <w:r w:rsidR="00DB75FB"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куба,</w:t>
            </w:r>
            <w:r w:rsidR="00DB75FB"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прямоугольного</w:t>
            </w:r>
            <w:r w:rsidR="00DB75FB"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параллелепипеда</w:t>
            </w:r>
          </w:p>
        </w:tc>
        <w:tc>
          <w:tcPr>
            <w:tcW w:w="531" w:type="dxa"/>
          </w:tcPr>
          <w:p w14:paraId="6E6CB1D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43" w:type="dxa"/>
          </w:tcPr>
          <w:p w14:paraId="5AEFCDB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3CB2BC8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2FF6FD27" w14:textId="77777777" w:rsidR="003A176F" w:rsidRDefault="00DB75FB">
            <w:pPr>
              <w:pStyle w:val="TableParagraph"/>
              <w:spacing w:before="61"/>
              <w:ind w:left="80" w:right="1486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https://videouroki.net/?login=ok</w:t>
            </w:r>
          </w:p>
        </w:tc>
      </w:tr>
      <w:tr w:rsidR="003A176F" w14:paraId="03ED1D80" w14:textId="77777777">
        <w:trPr>
          <w:trHeight w:val="337"/>
        </w:trPr>
        <w:tc>
          <w:tcPr>
            <w:tcW w:w="7902" w:type="dxa"/>
            <w:gridSpan w:val="2"/>
          </w:tcPr>
          <w:p w14:paraId="7C1BEBD8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14:paraId="5633B222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443" w:type="dxa"/>
          </w:tcPr>
          <w:p w14:paraId="1845952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4077A1A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48807AA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195D8A84" w14:textId="77777777">
        <w:trPr>
          <w:trHeight w:val="338"/>
        </w:trPr>
        <w:tc>
          <w:tcPr>
            <w:tcW w:w="11352" w:type="dxa"/>
            <w:gridSpan w:val="5"/>
          </w:tcPr>
          <w:p w14:paraId="3A917504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7.</w:t>
            </w:r>
            <w:r>
              <w:rPr>
                <w:b/>
                <w:color w:val="201F1F"/>
                <w:w w:val="95"/>
                <w:sz w:val="16"/>
              </w:rPr>
              <w:t>Повторение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и обобщение</w:t>
            </w:r>
          </w:p>
        </w:tc>
        <w:tc>
          <w:tcPr>
            <w:tcW w:w="4160" w:type="dxa"/>
          </w:tcPr>
          <w:p w14:paraId="7942F92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5D03C89B" w14:textId="77777777">
        <w:trPr>
          <w:trHeight w:val="530"/>
        </w:trPr>
        <w:tc>
          <w:tcPr>
            <w:tcW w:w="468" w:type="dxa"/>
          </w:tcPr>
          <w:p w14:paraId="34979DBB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7434" w:type="dxa"/>
          </w:tcPr>
          <w:p w14:paraId="378AD61E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Повторение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основных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понятий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методов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курса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5 класса,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обобщение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знаний</w:t>
            </w:r>
          </w:p>
        </w:tc>
        <w:tc>
          <w:tcPr>
            <w:tcW w:w="531" w:type="dxa"/>
          </w:tcPr>
          <w:p w14:paraId="644505CD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43" w:type="dxa"/>
          </w:tcPr>
          <w:p w14:paraId="46FC7F8F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476" w:type="dxa"/>
          </w:tcPr>
          <w:p w14:paraId="5FB674F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75B28777" w14:textId="2424A270" w:rsidR="003A176F" w:rsidRDefault="00DB75FB">
            <w:pPr>
              <w:pStyle w:val="TableParagraph"/>
              <w:spacing w:before="59" w:line="244" w:lineRule="auto"/>
              <w:ind w:left="80" w:right="2478"/>
              <w:rPr>
                <w:sz w:val="16"/>
              </w:rPr>
            </w:pPr>
            <w:proofErr w:type="gramStart"/>
            <w:r>
              <w:rPr>
                <w:sz w:val="16"/>
              </w:rPr>
              <w:t>Учи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ру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59D8B4E0" w14:textId="77777777">
        <w:trPr>
          <w:trHeight w:val="340"/>
        </w:trPr>
        <w:tc>
          <w:tcPr>
            <w:tcW w:w="7902" w:type="dxa"/>
            <w:gridSpan w:val="2"/>
          </w:tcPr>
          <w:p w14:paraId="7533BD32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14:paraId="5CEE0DAA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43" w:type="dxa"/>
          </w:tcPr>
          <w:p w14:paraId="338F1F2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476" w:type="dxa"/>
          </w:tcPr>
          <w:p w14:paraId="14ABFB2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4160" w:type="dxa"/>
          </w:tcPr>
          <w:p w14:paraId="24CFFAE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15B3694A" w14:textId="77777777">
        <w:trPr>
          <w:trHeight w:val="338"/>
        </w:trPr>
        <w:tc>
          <w:tcPr>
            <w:tcW w:w="7902" w:type="dxa"/>
            <w:gridSpan w:val="2"/>
          </w:tcPr>
          <w:p w14:paraId="699FCA1E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31" w:type="dxa"/>
          </w:tcPr>
          <w:p w14:paraId="3219CB73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443" w:type="dxa"/>
          </w:tcPr>
          <w:p w14:paraId="229EB97F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8</w:t>
            </w:r>
          </w:p>
        </w:tc>
        <w:tc>
          <w:tcPr>
            <w:tcW w:w="1476" w:type="dxa"/>
          </w:tcPr>
          <w:p w14:paraId="3E3EF1E3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4160" w:type="dxa"/>
          </w:tcPr>
          <w:p w14:paraId="0FD2668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</w:tbl>
    <w:p w14:paraId="1EDAEA1E" w14:textId="77777777" w:rsidR="003A176F" w:rsidRDefault="003A176F">
      <w:pPr>
        <w:pStyle w:val="a5"/>
        <w:spacing w:before="11"/>
        <w:ind w:left="0" w:firstLine="0"/>
        <w:jc w:val="left"/>
        <w:rPr>
          <w:b/>
          <w:sz w:val="6"/>
        </w:rPr>
      </w:pPr>
    </w:p>
    <w:p w14:paraId="4F543725" w14:textId="77777777" w:rsidR="003A176F" w:rsidRDefault="00DB75FB">
      <w:pPr>
        <w:pStyle w:val="a7"/>
        <w:numPr>
          <w:ilvl w:val="0"/>
          <w:numId w:val="1"/>
        </w:numPr>
        <w:tabs>
          <w:tab w:val="left" w:pos="242"/>
        </w:tabs>
        <w:spacing w:before="92"/>
        <w:ind w:hanging="138"/>
        <w:rPr>
          <w:b/>
          <w:sz w:val="18"/>
        </w:rPr>
      </w:pPr>
      <w:r>
        <w:rPr>
          <w:b/>
          <w:sz w:val="18"/>
        </w:rPr>
        <w:t>КЛАСС</w:t>
      </w:r>
    </w:p>
    <w:p w14:paraId="6CD473C2" w14:textId="77777777" w:rsidR="003A176F" w:rsidRDefault="003A176F">
      <w:pPr>
        <w:pStyle w:val="a5"/>
        <w:ind w:left="0" w:firstLine="0"/>
        <w:jc w:val="left"/>
        <w:rPr>
          <w:b/>
          <w:sz w:val="20"/>
        </w:rPr>
      </w:pPr>
    </w:p>
    <w:p w14:paraId="2D69DA34" w14:textId="77777777" w:rsidR="003A176F" w:rsidRDefault="003A176F">
      <w:pPr>
        <w:pStyle w:val="a5"/>
        <w:ind w:left="0" w:firstLine="0"/>
        <w:jc w:val="left"/>
        <w:rPr>
          <w:b/>
          <w:sz w:val="20"/>
        </w:rPr>
      </w:pPr>
    </w:p>
    <w:p w14:paraId="50E4D920" w14:textId="77777777" w:rsidR="003A176F" w:rsidRDefault="003A176F">
      <w:pPr>
        <w:pStyle w:val="a5"/>
        <w:spacing w:before="1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62"/>
        <w:gridCol w:w="528"/>
        <w:gridCol w:w="1515"/>
        <w:gridCol w:w="1536"/>
        <w:gridCol w:w="5300"/>
      </w:tblGrid>
      <w:tr w:rsidR="003A176F" w14:paraId="3813BAE5" w14:textId="77777777">
        <w:trPr>
          <w:trHeight w:val="337"/>
        </w:trPr>
        <w:tc>
          <w:tcPr>
            <w:tcW w:w="468" w:type="dxa"/>
            <w:vMerge w:val="restart"/>
          </w:tcPr>
          <w:p w14:paraId="766A9177" w14:textId="77777777" w:rsidR="003A176F" w:rsidRDefault="00DB75FB">
            <w:pPr>
              <w:pStyle w:val="TableParagraph"/>
              <w:spacing w:before="73"/>
              <w:ind w:left="54" w:right="17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6162" w:type="dxa"/>
            <w:vMerge w:val="restart"/>
          </w:tcPr>
          <w:p w14:paraId="715B7132" w14:textId="77777777" w:rsidR="003A176F" w:rsidRDefault="00DB75FB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 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3579" w:type="dxa"/>
            <w:gridSpan w:val="3"/>
          </w:tcPr>
          <w:p w14:paraId="5C128BD1" w14:textId="77777777" w:rsidR="003A176F" w:rsidRDefault="00DB75FB">
            <w:pPr>
              <w:pStyle w:val="TableParagraph"/>
              <w:spacing w:before="69"/>
              <w:ind w:left="8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5300" w:type="dxa"/>
            <w:vMerge w:val="restart"/>
          </w:tcPr>
          <w:p w14:paraId="4E8AA61E" w14:textId="77777777" w:rsidR="003A176F" w:rsidRDefault="00DB75FB">
            <w:pPr>
              <w:pStyle w:val="TableParagraph"/>
              <w:spacing w:before="69"/>
              <w:ind w:left="8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3A176F" w14:paraId="06F9E23A" w14:textId="77777777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14:paraId="67F5AF8B" w14:textId="77777777" w:rsidR="003A176F" w:rsidRDefault="003A176F">
            <w:pPr>
              <w:rPr>
                <w:sz w:val="2"/>
                <w:szCs w:val="2"/>
              </w:rPr>
            </w:pPr>
          </w:p>
        </w:tc>
        <w:tc>
          <w:tcPr>
            <w:tcW w:w="6162" w:type="dxa"/>
            <w:vMerge/>
            <w:tcBorders>
              <w:top w:val="nil"/>
            </w:tcBorders>
          </w:tcPr>
          <w:p w14:paraId="575C44DB" w14:textId="77777777" w:rsidR="003A176F" w:rsidRDefault="003A176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09CA6BD7" w14:textId="77777777" w:rsidR="003A176F" w:rsidRDefault="00DB75FB">
            <w:pPr>
              <w:pStyle w:val="TableParagraph"/>
              <w:spacing w:before="69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515" w:type="dxa"/>
          </w:tcPr>
          <w:p w14:paraId="3597C842" w14:textId="77777777" w:rsidR="003A176F" w:rsidRDefault="00DB75FB">
            <w:pPr>
              <w:pStyle w:val="TableParagraph"/>
              <w:spacing w:before="73"/>
              <w:ind w:left="83" w:right="3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536" w:type="dxa"/>
          </w:tcPr>
          <w:p w14:paraId="1AEA6BD0" w14:textId="77777777" w:rsidR="003A176F" w:rsidRDefault="00DB75FB">
            <w:pPr>
              <w:pStyle w:val="TableParagraph"/>
              <w:spacing w:before="73"/>
              <w:ind w:left="83" w:right="473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5300" w:type="dxa"/>
            <w:vMerge/>
            <w:tcBorders>
              <w:top w:val="nil"/>
            </w:tcBorders>
          </w:tcPr>
          <w:p w14:paraId="2E36CA41" w14:textId="77777777" w:rsidR="003A176F" w:rsidRDefault="003A176F">
            <w:pPr>
              <w:rPr>
                <w:sz w:val="2"/>
                <w:szCs w:val="2"/>
              </w:rPr>
            </w:pPr>
          </w:p>
        </w:tc>
      </w:tr>
      <w:tr w:rsidR="003A176F" w14:paraId="358BD2D9" w14:textId="77777777">
        <w:trPr>
          <w:trHeight w:val="338"/>
        </w:trPr>
        <w:tc>
          <w:tcPr>
            <w:tcW w:w="15509" w:type="dxa"/>
            <w:gridSpan w:val="6"/>
          </w:tcPr>
          <w:p w14:paraId="3B6890E7" w14:textId="77777777" w:rsidR="003A176F" w:rsidRDefault="00DB75FB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Натуральные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числа.</w:t>
            </w:r>
            <w:r>
              <w:rPr>
                <w:b/>
                <w:color w:val="201F1F"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Действия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с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натуральными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числами</w:t>
            </w:r>
          </w:p>
        </w:tc>
      </w:tr>
      <w:tr w:rsidR="003A176F" w14:paraId="6E35A329" w14:textId="77777777">
        <w:trPr>
          <w:trHeight w:val="530"/>
        </w:trPr>
        <w:tc>
          <w:tcPr>
            <w:tcW w:w="468" w:type="dxa"/>
          </w:tcPr>
          <w:p w14:paraId="50249C02" w14:textId="77777777" w:rsidR="003A176F" w:rsidRDefault="00DB75FB">
            <w:pPr>
              <w:pStyle w:val="TableParagraph"/>
              <w:spacing w:before="6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6162" w:type="dxa"/>
          </w:tcPr>
          <w:p w14:paraId="2781D604" w14:textId="77777777" w:rsidR="003A176F" w:rsidRDefault="00DB75F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Арифметические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многозначными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натуральными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числами.</w:t>
            </w:r>
          </w:p>
        </w:tc>
        <w:tc>
          <w:tcPr>
            <w:tcW w:w="528" w:type="dxa"/>
          </w:tcPr>
          <w:p w14:paraId="3AFC1066" w14:textId="77777777" w:rsidR="003A176F" w:rsidRDefault="00DB75F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515" w:type="dxa"/>
          </w:tcPr>
          <w:p w14:paraId="730DF4B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97109C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0904134" w14:textId="77777777" w:rsidR="003A176F" w:rsidRDefault="00DB75FB">
            <w:pPr>
              <w:pStyle w:val="TableParagraph"/>
              <w:spacing w:before="69"/>
              <w:ind w:left="83"/>
              <w:rPr>
                <w:sz w:val="16"/>
              </w:rPr>
            </w:pPr>
            <w:proofErr w:type="spellStart"/>
            <w:r>
              <w:rPr>
                <w:sz w:val="16"/>
              </w:rPr>
              <w:t>Skysmart</w:t>
            </w:r>
            <w:proofErr w:type="spellEnd"/>
          </w:p>
          <w:p w14:paraId="392226C2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https://skysmart.ru/articles/mathematic/svojstva-slozheniya-i-vychitaniya</w:t>
            </w:r>
          </w:p>
        </w:tc>
      </w:tr>
      <w:tr w:rsidR="003A176F" w14:paraId="209F1942" w14:textId="77777777">
        <w:trPr>
          <w:trHeight w:val="529"/>
        </w:trPr>
        <w:tc>
          <w:tcPr>
            <w:tcW w:w="468" w:type="dxa"/>
          </w:tcPr>
          <w:p w14:paraId="1AC15A87" w14:textId="77777777" w:rsidR="003A176F" w:rsidRDefault="00DB75FB">
            <w:pPr>
              <w:pStyle w:val="TableParagraph"/>
              <w:spacing w:before="6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6162" w:type="dxa"/>
          </w:tcPr>
          <w:p w14:paraId="06BA9FA0" w14:textId="77777777" w:rsidR="003A176F" w:rsidRDefault="00DB75F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Числовые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выражения,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порядок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действий,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использование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скобок.</w:t>
            </w:r>
          </w:p>
        </w:tc>
        <w:tc>
          <w:tcPr>
            <w:tcW w:w="528" w:type="dxa"/>
          </w:tcPr>
          <w:p w14:paraId="408A618A" w14:textId="77777777" w:rsidR="003A176F" w:rsidRDefault="00DB75F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1515" w:type="dxa"/>
          </w:tcPr>
          <w:p w14:paraId="17CCCF9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74583C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30DCC5DA" w14:textId="2C78666D" w:rsidR="003A176F" w:rsidRDefault="00DB75FB">
            <w:pPr>
              <w:pStyle w:val="TableParagraph"/>
              <w:spacing w:before="69"/>
              <w:ind w:left="83" w:right="1502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https://resh.edu.ru/subject/lesson/7708/conspect/325181/</w:t>
            </w:r>
          </w:p>
        </w:tc>
      </w:tr>
      <w:tr w:rsidR="003A176F" w14:paraId="2FEEAEB6" w14:textId="77777777">
        <w:trPr>
          <w:trHeight w:val="530"/>
        </w:trPr>
        <w:tc>
          <w:tcPr>
            <w:tcW w:w="468" w:type="dxa"/>
          </w:tcPr>
          <w:p w14:paraId="1298C362" w14:textId="77777777" w:rsidR="003A176F" w:rsidRDefault="00DB75FB">
            <w:pPr>
              <w:pStyle w:val="TableParagraph"/>
              <w:spacing w:before="6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6162" w:type="dxa"/>
          </w:tcPr>
          <w:p w14:paraId="098C483E" w14:textId="77777777" w:rsidR="003A176F" w:rsidRDefault="00DB75F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Округление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натуральных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чисел.</w:t>
            </w:r>
          </w:p>
        </w:tc>
        <w:tc>
          <w:tcPr>
            <w:tcW w:w="528" w:type="dxa"/>
          </w:tcPr>
          <w:p w14:paraId="65BC2A7E" w14:textId="77777777" w:rsidR="003A176F" w:rsidRDefault="00DB75F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7EB717E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511D345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686CC5D7" w14:textId="21FE1EDE" w:rsidR="003A176F" w:rsidRDefault="00DB75FB">
            <w:pPr>
              <w:pStyle w:val="TableParagraph"/>
              <w:spacing w:before="66" w:line="244" w:lineRule="auto"/>
              <w:ind w:left="83" w:right="36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1">
              <w:r>
                <w:rPr>
                  <w:w w:val="90"/>
                  <w:sz w:val="16"/>
                </w:rPr>
                <w:t>/www.yaklass.ru/</w:t>
              </w:r>
            </w:hyperlink>
          </w:p>
        </w:tc>
      </w:tr>
      <w:tr w:rsidR="003A176F" w:rsidRPr="00886B7E" w14:paraId="3DAAF4EC" w14:textId="77777777">
        <w:trPr>
          <w:trHeight w:val="511"/>
        </w:trPr>
        <w:tc>
          <w:tcPr>
            <w:tcW w:w="468" w:type="dxa"/>
          </w:tcPr>
          <w:p w14:paraId="72B13B47" w14:textId="77777777" w:rsidR="003A176F" w:rsidRDefault="00DB75FB">
            <w:pPr>
              <w:pStyle w:val="TableParagraph"/>
              <w:spacing w:before="6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6162" w:type="dxa"/>
          </w:tcPr>
          <w:p w14:paraId="143C17B8" w14:textId="77777777" w:rsidR="003A176F" w:rsidRDefault="00DB75F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Делители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кратные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числа; наибольший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общий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делитель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наименьшее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общее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кратное</w:t>
            </w:r>
          </w:p>
        </w:tc>
        <w:tc>
          <w:tcPr>
            <w:tcW w:w="528" w:type="dxa"/>
          </w:tcPr>
          <w:p w14:paraId="6066AA4F" w14:textId="77777777" w:rsidR="003A176F" w:rsidRDefault="00DB75F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5DA088F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2B2632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40920A89" w14:textId="77777777" w:rsidR="003A176F" w:rsidRPr="00DB75FB" w:rsidRDefault="00DB75FB">
            <w:pPr>
              <w:pStyle w:val="TableParagraph"/>
              <w:spacing w:before="67" w:line="244" w:lineRule="auto"/>
              <w:ind w:left="83" w:right="3615"/>
              <w:rPr>
                <w:sz w:val="16"/>
                <w:lang w:val="en-US"/>
              </w:rPr>
            </w:pPr>
            <w:r w:rsidRPr="00DB75FB">
              <w:rPr>
                <w:sz w:val="16"/>
                <w:lang w:val="en-US"/>
              </w:rPr>
              <w:t>Internet</w:t>
            </w:r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урок</w:t>
            </w:r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 w:rsidRPr="00DB75FB">
              <w:rPr>
                <w:w w:val="90"/>
                <w:sz w:val="16"/>
                <w:lang w:val="en-US"/>
              </w:rPr>
              <w:t>https://interneturok.ru/</w:t>
            </w:r>
          </w:p>
        </w:tc>
      </w:tr>
    </w:tbl>
    <w:p w14:paraId="6282E2B1" w14:textId="77777777" w:rsidR="003A176F" w:rsidRPr="00DB75FB" w:rsidRDefault="003A176F">
      <w:pPr>
        <w:spacing w:line="244" w:lineRule="auto"/>
        <w:rPr>
          <w:sz w:val="16"/>
          <w:lang w:val="en-US"/>
        </w:rPr>
        <w:sectPr w:rsidR="003A176F" w:rsidRPr="00DB75FB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62"/>
        <w:gridCol w:w="528"/>
        <w:gridCol w:w="1515"/>
        <w:gridCol w:w="1536"/>
        <w:gridCol w:w="5300"/>
      </w:tblGrid>
      <w:tr w:rsidR="003A176F" w14:paraId="7FBFB928" w14:textId="77777777">
        <w:trPr>
          <w:trHeight w:val="551"/>
        </w:trPr>
        <w:tc>
          <w:tcPr>
            <w:tcW w:w="468" w:type="dxa"/>
          </w:tcPr>
          <w:p w14:paraId="523F7BCA" w14:textId="77777777" w:rsidR="003A176F" w:rsidRDefault="00DB75FB">
            <w:pPr>
              <w:pStyle w:val="TableParagraph"/>
              <w:spacing w:before="5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1.5.</w:t>
            </w:r>
          </w:p>
        </w:tc>
        <w:tc>
          <w:tcPr>
            <w:tcW w:w="6162" w:type="dxa"/>
          </w:tcPr>
          <w:p w14:paraId="687CC5E7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Разложение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простые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множители.</w:t>
            </w:r>
          </w:p>
        </w:tc>
        <w:tc>
          <w:tcPr>
            <w:tcW w:w="528" w:type="dxa"/>
          </w:tcPr>
          <w:p w14:paraId="15C120BD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1515" w:type="dxa"/>
          </w:tcPr>
          <w:p w14:paraId="2D11A2C4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189E043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1143847" w14:textId="2CF2F820" w:rsidR="003A176F" w:rsidRDefault="00DB75FB">
            <w:pPr>
              <w:pStyle w:val="TableParagraph"/>
              <w:spacing w:before="61"/>
              <w:ind w:left="83" w:right="36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2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006EDA8" w14:textId="77777777">
        <w:trPr>
          <w:trHeight w:val="530"/>
        </w:trPr>
        <w:tc>
          <w:tcPr>
            <w:tcW w:w="468" w:type="dxa"/>
          </w:tcPr>
          <w:p w14:paraId="792F2AAA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6162" w:type="dxa"/>
          </w:tcPr>
          <w:p w14:paraId="2184C02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Делимость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суммы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произведения.</w:t>
            </w:r>
          </w:p>
        </w:tc>
        <w:tc>
          <w:tcPr>
            <w:tcW w:w="528" w:type="dxa"/>
          </w:tcPr>
          <w:p w14:paraId="7CCC96DE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4FC4C8C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B570CC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6592E924" w14:textId="0025B66D" w:rsidR="003A176F" w:rsidRDefault="00DB75FB">
            <w:pPr>
              <w:pStyle w:val="TableParagraph"/>
              <w:spacing w:before="62"/>
              <w:ind w:left="83" w:right="36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3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14C34B0" w14:textId="77777777">
        <w:trPr>
          <w:trHeight w:val="530"/>
        </w:trPr>
        <w:tc>
          <w:tcPr>
            <w:tcW w:w="468" w:type="dxa"/>
          </w:tcPr>
          <w:p w14:paraId="34D82F3B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1.7.</w:t>
            </w:r>
          </w:p>
        </w:tc>
        <w:tc>
          <w:tcPr>
            <w:tcW w:w="6162" w:type="dxa"/>
          </w:tcPr>
          <w:p w14:paraId="6498C52B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Деление</w:t>
            </w:r>
            <w:r>
              <w:rPr>
                <w:color w:val="201F1F"/>
                <w:spacing w:val="-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остатком.</w:t>
            </w:r>
          </w:p>
        </w:tc>
        <w:tc>
          <w:tcPr>
            <w:tcW w:w="528" w:type="dxa"/>
          </w:tcPr>
          <w:p w14:paraId="53D1018C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14354C8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5BC5836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434ECE46" w14:textId="41D41C0F" w:rsidR="003A176F" w:rsidRDefault="00DB75FB">
            <w:pPr>
              <w:pStyle w:val="TableParagraph"/>
              <w:spacing w:before="61"/>
              <w:ind w:left="83" w:right="3615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B345F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4A44E23C" w14:textId="77777777">
        <w:trPr>
          <w:trHeight w:val="532"/>
        </w:trPr>
        <w:tc>
          <w:tcPr>
            <w:tcW w:w="468" w:type="dxa"/>
          </w:tcPr>
          <w:p w14:paraId="238E14F0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6162" w:type="dxa"/>
          </w:tcPr>
          <w:p w14:paraId="1CC5FC3A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</w:t>
            </w:r>
          </w:p>
        </w:tc>
        <w:tc>
          <w:tcPr>
            <w:tcW w:w="528" w:type="dxa"/>
          </w:tcPr>
          <w:p w14:paraId="726A0A05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515" w:type="dxa"/>
          </w:tcPr>
          <w:p w14:paraId="690F508F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0B9269C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AF09305" w14:textId="01454897" w:rsidR="003A176F" w:rsidRDefault="00DB75FB">
            <w:pPr>
              <w:pStyle w:val="TableParagraph"/>
              <w:spacing w:before="64" w:line="244" w:lineRule="auto"/>
              <w:ind w:left="83" w:right="36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4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2BD7E031" w14:textId="77777777">
        <w:trPr>
          <w:trHeight w:val="338"/>
        </w:trPr>
        <w:tc>
          <w:tcPr>
            <w:tcW w:w="6630" w:type="dxa"/>
            <w:gridSpan w:val="2"/>
          </w:tcPr>
          <w:p w14:paraId="4FA7F335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14:paraId="792A292B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8351" w:type="dxa"/>
            <w:gridSpan w:val="3"/>
          </w:tcPr>
          <w:p w14:paraId="617A4C8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5E04ADB9" w14:textId="77777777">
        <w:trPr>
          <w:trHeight w:val="337"/>
        </w:trPr>
        <w:tc>
          <w:tcPr>
            <w:tcW w:w="15509" w:type="dxa"/>
            <w:gridSpan w:val="6"/>
          </w:tcPr>
          <w:p w14:paraId="13C09444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>
              <w:rPr>
                <w:b/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Прямые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плоскости</w:t>
            </w:r>
          </w:p>
        </w:tc>
      </w:tr>
      <w:tr w:rsidR="003A176F" w14:paraId="2E60FEDC" w14:textId="77777777">
        <w:trPr>
          <w:trHeight w:val="530"/>
        </w:trPr>
        <w:tc>
          <w:tcPr>
            <w:tcW w:w="468" w:type="dxa"/>
          </w:tcPr>
          <w:p w14:paraId="748974CF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6162" w:type="dxa"/>
          </w:tcPr>
          <w:p w14:paraId="58532AE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Перпендикулярные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прямые.</w:t>
            </w:r>
          </w:p>
        </w:tc>
        <w:tc>
          <w:tcPr>
            <w:tcW w:w="528" w:type="dxa"/>
          </w:tcPr>
          <w:p w14:paraId="09A1A395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190D3F6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C47308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421EB05F" w14:textId="59FE8240" w:rsidR="003A176F" w:rsidRDefault="00DB75FB">
            <w:pPr>
              <w:pStyle w:val="TableParagraph"/>
              <w:spacing w:before="57" w:line="244" w:lineRule="auto"/>
              <w:ind w:left="83" w:right="1502"/>
              <w:rPr>
                <w:sz w:val="16"/>
              </w:rPr>
            </w:pPr>
            <w:r>
              <w:rPr>
                <w:sz w:val="16"/>
              </w:rPr>
              <w:t>Урок.</w:t>
            </w:r>
            <w:r w:rsidR="00B345F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рф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https://урок.рф/search?q=перпендикулярность&amp;x=0&amp;y=0</w:t>
            </w:r>
          </w:p>
        </w:tc>
      </w:tr>
      <w:tr w:rsidR="003A176F" w14:paraId="5DBBEC8D" w14:textId="77777777">
        <w:trPr>
          <w:trHeight w:val="530"/>
        </w:trPr>
        <w:tc>
          <w:tcPr>
            <w:tcW w:w="468" w:type="dxa"/>
          </w:tcPr>
          <w:p w14:paraId="5A1E094C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6162" w:type="dxa"/>
          </w:tcPr>
          <w:p w14:paraId="4D579E79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Параллельные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прямые.</w:t>
            </w:r>
          </w:p>
        </w:tc>
        <w:tc>
          <w:tcPr>
            <w:tcW w:w="528" w:type="dxa"/>
          </w:tcPr>
          <w:p w14:paraId="35675715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5884934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112CBA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791CB796" w14:textId="13D7B057" w:rsidR="003A176F" w:rsidRDefault="00DB75FB">
            <w:pPr>
              <w:pStyle w:val="TableParagraph"/>
              <w:spacing w:before="57" w:line="244" w:lineRule="auto"/>
              <w:ind w:left="83" w:right="1502"/>
              <w:rPr>
                <w:sz w:val="16"/>
              </w:rPr>
            </w:pPr>
            <w:proofErr w:type="gramStart"/>
            <w:r>
              <w:rPr>
                <w:sz w:val="16"/>
              </w:rPr>
              <w:t>Урок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рф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https://урок.рф/search?q=параллельность&amp;x=0&amp;y=0</w:t>
            </w:r>
          </w:p>
        </w:tc>
      </w:tr>
      <w:tr w:rsidR="003A176F" w14:paraId="1F15EAC0" w14:textId="77777777">
        <w:trPr>
          <w:trHeight w:val="530"/>
        </w:trPr>
        <w:tc>
          <w:tcPr>
            <w:tcW w:w="468" w:type="dxa"/>
          </w:tcPr>
          <w:p w14:paraId="0D6ECF31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6162" w:type="dxa"/>
          </w:tcPr>
          <w:p w14:paraId="6F0F48D7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Расстояние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между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двумя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точками,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точки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до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прямой,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длина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пути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квадратной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сетке.</w:t>
            </w:r>
          </w:p>
        </w:tc>
        <w:tc>
          <w:tcPr>
            <w:tcW w:w="528" w:type="dxa"/>
          </w:tcPr>
          <w:p w14:paraId="386A493B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6088304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63B0F77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1711C096" w14:textId="5494A570" w:rsidR="003A176F" w:rsidRDefault="00DB75FB">
            <w:pPr>
              <w:pStyle w:val="TableParagraph"/>
              <w:spacing w:before="59" w:line="244" w:lineRule="auto"/>
              <w:ind w:left="83" w:right="3615"/>
              <w:rPr>
                <w:sz w:val="16"/>
              </w:rPr>
            </w:pPr>
            <w:r>
              <w:rPr>
                <w:sz w:val="16"/>
              </w:rPr>
              <w:t>Я</w:t>
            </w:r>
            <w:r w:rsidR="00B345FA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5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38A2F0E" w14:textId="77777777">
        <w:trPr>
          <w:trHeight w:val="527"/>
        </w:trPr>
        <w:tc>
          <w:tcPr>
            <w:tcW w:w="468" w:type="dxa"/>
          </w:tcPr>
          <w:p w14:paraId="26DB7A54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6162" w:type="dxa"/>
          </w:tcPr>
          <w:p w14:paraId="4CF0B34B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Примеры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прямых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пространстве</w:t>
            </w:r>
          </w:p>
        </w:tc>
        <w:tc>
          <w:tcPr>
            <w:tcW w:w="528" w:type="dxa"/>
          </w:tcPr>
          <w:p w14:paraId="491B28BA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31F6314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CCE269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1BAC7ED3" w14:textId="78341053" w:rsidR="003A176F" w:rsidRDefault="00DB75FB">
            <w:pPr>
              <w:pStyle w:val="TableParagraph"/>
              <w:spacing w:before="59" w:line="244" w:lineRule="auto"/>
              <w:ind w:left="83" w:right="547"/>
              <w:rPr>
                <w:sz w:val="16"/>
              </w:rPr>
            </w:pPr>
            <w:proofErr w:type="spellStart"/>
            <w:r>
              <w:rPr>
                <w:sz w:val="16"/>
              </w:rPr>
              <w:t>Виде</w:t>
            </w:r>
            <w:r w:rsidR="009A1DF5">
              <w:rPr>
                <w:sz w:val="16"/>
              </w:rPr>
              <w:t>о</w:t>
            </w:r>
            <w:r>
              <w:rPr>
                <w:sz w:val="16"/>
              </w:rPr>
              <w:t>урок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https://videouroki.net/search?q=примеры+прямых+в+пространстве</w:t>
            </w:r>
          </w:p>
        </w:tc>
      </w:tr>
      <w:tr w:rsidR="003A176F" w14:paraId="6CA8B78D" w14:textId="77777777">
        <w:trPr>
          <w:trHeight w:val="340"/>
        </w:trPr>
        <w:tc>
          <w:tcPr>
            <w:tcW w:w="6630" w:type="dxa"/>
            <w:gridSpan w:val="2"/>
          </w:tcPr>
          <w:p w14:paraId="273C1417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14:paraId="46DB6E54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7</w:t>
            </w:r>
          </w:p>
        </w:tc>
        <w:tc>
          <w:tcPr>
            <w:tcW w:w="8351" w:type="dxa"/>
            <w:gridSpan w:val="3"/>
          </w:tcPr>
          <w:p w14:paraId="6B245A4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6BDFC2AD" w14:textId="77777777">
        <w:trPr>
          <w:trHeight w:val="338"/>
        </w:trPr>
        <w:tc>
          <w:tcPr>
            <w:tcW w:w="15509" w:type="dxa"/>
            <w:gridSpan w:val="6"/>
          </w:tcPr>
          <w:p w14:paraId="1F968101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 Д</w:t>
            </w:r>
            <w:r>
              <w:rPr>
                <w:b/>
                <w:color w:val="201F1F"/>
                <w:w w:val="95"/>
                <w:sz w:val="16"/>
              </w:rPr>
              <w:t>роби</w:t>
            </w:r>
          </w:p>
        </w:tc>
      </w:tr>
      <w:tr w:rsidR="003A176F" w14:paraId="1DF943FB" w14:textId="77777777">
        <w:trPr>
          <w:trHeight w:val="529"/>
        </w:trPr>
        <w:tc>
          <w:tcPr>
            <w:tcW w:w="468" w:type="dxa"/>
          </w:tcPr>
          <w:p w14:paraId="023C5359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6162" w:type="dxa"/>
          </w:tcPr>
          <w:p w14:paraId="5F563168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Обыкновенная</w:t>
            </w:r>
            <w:r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дробь,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основное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свойство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сокращение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28" w:type="dxa"/>
          </w:tcPr>
          <w:p w14:paraId="08B245D8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3A2E188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56FE19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02D2815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F676E24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https://resh.edu.ru/subject/lesson/705/</w:t>
            </w:r>
          </w:p>
        </w:tc>
      </w:tr>
      <w:tr w:rsidR="003A176F" w14:paraId="649CF8A1" w14:textId="77777777">
        <w:trPr>
          <w:trHeight w:val="530"/>
        </w:trPr>
        <w:tc>
          <w:tcPr>
            <w:tcW w:w="468" w:type="dxa"/>
          </w:tcPr>
          <w:p w14:paraId="7EB1C16E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6162" w:type="dxa"/>
          </w:tcPr>
          <w:p w14:paraId="0456A395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Сравнение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упорядочивание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дробей.</w:t>
            </w:r>
          </w:p>
        </w:tc>
        <w:tc>
          <w:tcPr>
            <w:tcW w:w="528" w:type="dxa"/>
          </w:tcPr>
          <w:p w14:paraId="0ACE401B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257E0F6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021696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4CD4D0AF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B569BA0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https://resh.edu.ru/subject/lesson/6919/start/237269/</w:t>
            </w:r>
          </w:p>
        </w:tc>
      </w:tr>
      <w:tr w:rsidR="003A176F" w14:paraId="1635FDFE" w14:textId="77777777">
        <w:trPr>
          <w:trHeight w:val="530"/>
        </w:trPr>
        <w:tc>
          <w:tcPr>
            <w:tcW w:w="468" w:type="dxa"/>
          </w:tcPr>
          <w:p w14:paraId="74FB1878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6162" w:type="dxa"/>
          </w:tcPr>
          <w:p w14:paraId="5FE6A795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Десятичные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метрическая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система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мер.</w:t>
            </w:r>
          </w:p>
        </w:tc>
        <w:tc>
          <w:tcPr>
            <w:tcW w:w="528" w:type="dxa"/>
          </w:tcPr>
          <w:p w14:paraId="2EB7DFDD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5F13E7D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9B30D8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51B0B1A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9859F1C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https://resh.edu.ru/subject/lesson/718/</w:t>
            </w:r>
          </w:p>
        </w:tc>
      </w:tr>
      <w:tr w:rsidR="003A176F" w14:paraId="14BC950C" w14:textId="77777777">
        <w:trPr>
          <w:trHeight w:val="530"/>
        </w:trPr>
        <w:tc>
          <w:tcPr>
            <w:tcW w:w="468" w:type="dxa"/>
          </w:tcPr>
          <w:p w14:paraId="305DC6D3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6162" w:type="dxa"/>
          </w:tcPr>
          <w:p w14:paraId="18A1666B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Арифметические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обыкновенными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десятичными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дробями.</w:t>
            </w:r>
          </w:p>
        </w:tc>
        <w:tc>
          <w:tcPr>
            <w:tcW w:w="528" w:type="dxa"/>
          </w:tcPr>
          <w:p w14:paraId="02E2E194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515" w:type="dxa"/>
          </w:tcPr>
          <w:p w14:paraId="54F4A1E9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47F45BD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474ED34" w14:textId="00634036" w:rsidR="003A176F" w:rsidRDefault="00DB75FB">
            <w:pPr>
              <w:pStyle w:val="TableParagraph"/>
              <w:spacing w:before="59" w:line="244" w:lineRule="auto"/>
              <w:ind w:left="83" w:right="3615"/>
              <w:rPr>
                <w:sz w:val="16"/>
              </w:rPr>
            </w:pPr>
            <w:proofErr w:type="gramStart"/>
            <w:r>
              <w:rPr>
                <w:sz w:val="16"/>
              </w:rPr>
              <w:t>Учи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ру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6638A980" w14:textId="77777777">
        <w:trPr>
          <w:trHeight w:val="530"/>
        </w:trPr>
        <w:tc>
          <w:tcPr>
            <w:tcW w:w="468" w:type="dxa"/>
          </w:tcPr>
          <w:p w14:paraId="21AEA6D5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6162" w:type="dxa"/>
          </w:tcPr>
          <w:p w14:paraId="4442F911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sz w:val="16"/>
              </w:rPr>
              <w:t>Отношение.</w:t>
            </w:r>
          </w:p>
        </w:tc>
        <w:tc>
          <w:tcPr>
            <w:tcW w:w="528" w:type="dxa"/>
          </w:tcPr>
          <w:p w14:paraId="5859EA26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0C78A00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A9F04E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118CEBA4" w14:textId="7AA2F510" w:rsidR="003A176F" w:rsidRDefault="00DB75FB">
            <w:pPr>
              <w:pStyle w:val="TableParagraph"/>
              <w:spacing w:before="59" w:line="244" w:lineRule="auto"/>
              <w:ind w:left="83" w:right="3615"/>
              <w:rPr>
                <w:sz w:val="16"/>
              </w:rPr>
            </w:pPr>
            <w:proofErr w:type="gramStart"/>
            <w:r>
              <w:rPr>
                <w:sz w:val="16"/>
              </w:rPr>
              <w:t>Учи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</w:rPr>
              <w:t>ру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79A53104" w14:textId="77777777">
        <w:trPr>
          <w:trHeight w:val="532"/>
        </w:trPr>
        <w:tc>
          <w:tcPr>
            <w:tcW w:w="468" w:type="dxa"/>
          </w:tcPr>
          <w:p w14:paraId="26CB72D0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6162" w:type="dxa"/>
          </w:tcPr>
          <w:p w14:paraId="66004AD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Деление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данном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отношении.</w:t>
            </w:r>
          </w:p>
        </w:tc>
        <w:tc>
          <w:tcPr>
            <w:tcW w:w="528" w:type="dxa"/>
          </w:tcPr>
          <w:p w14:paraId="3443D334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290A351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7A3FDA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394726B8" w14:textId="58A04F6A" w:rsidR="003A176F" w:rsidRDefault="00DB75FB">
            <w:pPr>
              <w:pStyle w:val="TableParagraph"/>
              <w:spacing w:before="59" w:line="244" w:lineRule="auto"/>
              <w:ind w:left="83" w:right="3615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9A1DF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249448B8" w14:textId="77777777">
        <w:trPr>
          <w:trHeight w:val="527"/>
        </w:trPr>
        <w:tc>
          <w:tcPr>
            <w:tcW w:w="468" w:type="dxa"/>
          </w:tcPr>
          <w:p w14:paraId="51564DEE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3.7.</w:t>
            </w:r>
          </w:p>
        </w:tc>
        <w:tc>
          <w:tcPr>
            <w:tcW w:w="6162" w:type="dxa"/>
          </w:tcPr>
          <w:p w14:paraId="76F87774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Масштаб,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пропорция.</w:t>
            </w:r>
          </w:p>
        </w:tc>
        <w:tc>
          <w:tcPr>
            <w:tcW w:w="528" w:type="dxa"/>
          </w:tcPr>
          <w:p w14:paraId="350B8EBC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515" w:type="dxa"/>
          </w:tcPr>
          <w:p w14:paraId="176F83D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C22664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3EBAF6C8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59A1E97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https://resh.edu.ru/subject/lesson/1085/</w:t>
            </w:r>
          </w:p>
        </w:tc>
      </w:tr>
      <w:tr w:rsidR="003A176F" w14:paraId="2B5AE29E" w14:textId="77777777">
        <w:trPr>
          <w:trHeight w:val="530"/>
        </w:trPr>
        <w:tc>
          <w:tcPr>
            <w:tcW w:w="468" w:type="dxa"/>
          </w:tcPr>
          <w:p w14:paraId="67B687B8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3.8.</w:t>
            </w:r>
          </w:p>
        </w:tc>
        <w:tc>
          <w:tcPr>
            <w:tcW w:w="6162" w:type="dxa"/>
          </w:tcPr>
          <w:p w14:paraId="6081859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Понятие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процента.</w:t>
            </w:r>
          </w:p>
        </w:tc>
        <w:tc>
          <w:tcPr>
            <w:tcW w:w="528" w:type="dxa"/>
          </w:tcPr>
          <w:p w14:paraId="63EFEE31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0691A7F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CE48FB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076AE835" w14:textId="77777777" w:rsidR="003A176F" w:rsidRDefault="00DB75FB">
            <w:pPr>
              <w:pStyle w:val="TableParagraph"/>
              <w:spacing w:before="59" w:line="244" w:lineRule="auto"/>
              <w:ind w:left="83" w:right="1502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https://videouroki.net/search?q=понятие+процента</w:t>
            </w:r>
          </w:p>
        </w:tc>
      </w:tr>
      <w:tr w:rsidR="003A176F" w14:paraId="0302FF11" w14:textId="77777777">
        <w:trPr>
          <w:trHeight w:val="607"/>
        </w:trPr>
        <w:tc>
          <w:tcPr>
            <w:tcW w:w="468" w:type="dxa"/>
          </w:tcPr>
          <w:p w14:paraId="58B48510" w14:textId="77777777" w:rsidR="003A176F" w:rsidRDefault="00DB75FB">
            <w:pPr>
              <w:pStyle w:val="TableParagraph"/>
              <w:spacing w:before="5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3.9.</w:t>
            </w:r>
          </w:p>
        </w:tc>
        <w:tc>
          <w:tcPr>
            <w:tcW w:w="6162" w:type="dxa"/>
          </w:tcPr>
          <w:p w14:paraId="2061A376" w14:textId="77777777" w:rsidR="003A176F" w:rsidRDefault="00DB75FB">
            <w:pPr>
              <w:pStyle w:val="TableParagraph"/>
              <w:spacing w:before="55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Вычисление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процента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величины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величины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 xml:space="preserve">по </w:t>
            </w:r>
            <w:proofErr w:type="spellStart"/>
            <w:r>
              <w:rPr>
                <w:color w:val="201F1F"/>
                <w:w w:val="95"/>
                <w:sz w:val="16"/>
              </w:rPr>
              <w:t>еѐ</w:t>
            </w:r>
            <w:proofErr w:type="spellEnd"/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проценту.</w:t>
            </w:r>
          </w:p>
        </w:tc>
        <w:tc>
          <w:tcPr>
            <w:tcW w:w="528" w:type="dxa"/>
          </w:tcPr>
          <w:p w14:paraId="5CC8A7E1" w14:textId="77777777" w:rsidR="003A176F" w:rsidRDefault="00DB75FB">
            <w:pPr>
              <w:pStyle w:val="TableParagraph"/>
              <w:spacing w:before="55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18DD3D8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A8F29C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300" w:type="dxa"/>
          </w:tcPr>
          <w:p w14:paraId="6141C1A7" w14:textId="77777777" w:rsidR="003A176F" w:rsidRDefault="00DB75FB">
            <w:pPr>
              <w:pStyle w:val="TableParagraph"/>
              <w:spacing w:before="59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2AF1D47" w14:textId="77777777" w:rsidR="003A176F" w:rsidRDefault="00DB75FB">
            <w:pPr>
              <w:pStyle w:val="TableParagraph"/>
              <w:spacing w:before="4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https://resh.edu.ru/subject/lesson/1060/</w:t>
            </w:r>
          </w:p>
        </w:tc>
      </w:tr>
    </w:tbl>
    <w:p w14:paraId="24FFF396" w14:textId="77777777" w:rsidR="003A176F" w:rsidRDefault="003A176F">
      <w:pPr>
        <w:rPr>
          <w:sz w:val="16"/>
        </w:rPr>
        <w:sectPr w:rsidR="003A176F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64"/>
        <w:gridCol w:w="528"/>
        <w:gridCol w:w="1515"/>
        <w:gridCol w:w="1536"/>
        <w:gridCol w:w="5297"/>
      </w:tblGrid>
      <w:tr w:rsidR="003A176F" w14:paraId="02D83302" w14:textId="77777777">
        <w:trPr>
          <w:trHeight w:val="530"/>
        </w:trPr>
        <w:tc>
          <w:tcPr>
            <w:tcW w:w="468" w:type="dxa"/>
          </w:tcPr>
          <w:p w14:paraId="0A30951E" w14:textId="77777777" w:rsidR="003A176F" w:rsidRDefault="00DB75FB">
            <w:pPr>
              <w:pStyle w:val="TableParagraph"/>
              <w:spacing w:before="54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3.10.</w:t>
            </w:r>
          </w:p>
        </w:tc>
        <w:tc>
          <w:tcPr>
            <w:tcW w:w="6164" w:type="dxa"/>
          </w:tcPr>
          <w:p w14:paraId="04D55F4B" w14:textId="77777777" w:rsidR="003A176F" w:rsidRDefault="00DB75FB">
            <w:pPr>
              <w:pStyle w:val="TableParagraph"/>
              <w:spacing w:before="54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держащих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дроби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проценты.</w:t>
            </w:r>
          </w:p>
        </w:tc>
        <w:tc>
          <w:tcPr>
            <w:tcW w:w="528" w:type="dxa"/>
          </w:tcPr>
          <w:p w14:paraId="08B566FD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4</w:t>
            </w:r>
          </w:p>
        </w:tc>
        <w:tc>
          <w:tcPr>
            <w:tcW w:w="1515" w:type="dxa"/>
          </w:tcPr>
          <w:p w14:paraId="323CA7DE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5C00ACB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20EEC3BF" w14:textId="19136D40" w:rsidR="003A176F" w:rsidRDefault="00DB75FB">
            <w:pPr>
              <w:pStyle w:val="TableParagraph"/>
              <w:spacing w:before="61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6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6745E4E" w14:textId="77777777">
        <w:trPr>
          <w:trHeight w:val="530"/>
        </w:trPr>
        <w:tc>
          <w:tcPr>
            <w:tcW w:w="468" w:type="dxa"/>
          </w:tcPr>
          <w:p w14:paraId="3B29852E" w14:textId="77777777" w:rsidR="003A176F" w:rsidRDefault="00DB75FB">
            <w:pPr>
              <w:pStyle w:val="TableParagraph"/>
              <w:spacing w:before="57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3.11.</w:t>
            </w:r>
          </w:p>
        </w:tc>
        <w:tc>
          <w:tcPr>
            <w:tcW w:w="6164" w:type="dxa"/>
          </w:tcPr>
          <w:p w14:paraId="42E70B0F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«Отношение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длины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окружности к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201F1F"/>
                <w:w w:val="95"/>
                <w:sz w:val="16"/>
              </w:rPr>
              <w:t>еѐ</w:t>
            </w:r>
            <w:proofErr w:type="spellEnd"/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диаметру»</w:t>
            </w:r>
          </w:p>
        </w:tc>
        <w:tc>
          <w:tcPr>
            <w:tcW w:w="528" w:type="dxa"/>
          </w:tcPr>
          <w:p w14:paraId="34A004A8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79DF826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E9BE1A0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5297" w:type="dxa"/>
          </w:tcPr>
          <w:p w14:paraId="0D2B7000" w14:textId="1952FEA1" w:rsidR="003A176F" w:rsidRDefault="00DB75FB">
            <w:pPr>
              <w:pStyle w:val="TableParagraph"/>
              <w:spacing w:before="62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7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C458ED6" w14:textId="77777777">
        <w:trPr>
          <w:trHeight w:val="335"/>
        </w:trPr>
        <w:tc>
          <w:tcPr>
            <w:tcW w:w="6632" w:type="dxa"/>
            <w:gridSpan w:val="2"/>
          </w:tcPr>
          <w:p w14:paraId="4952B9EA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05B32F36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8348" w:type="dxa"/>
            <w:gridSpan w:val="3"/>
          </w:tcPr>
          <w:p w14:paraId="4626DEF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67CE1480" w14:textId="77777777">
        <w:trPr>
          <w:trHeight w:val="337"/>
        </w:trPr>
        <w:tc>
          <w:tcPr>
            <w:tcW w:w="15508" w:type="dxa"/>
            <w:gridSpan w:val="6"/>
            <w:tcBorders>
              <w:bottom w:val="single" w:sz="6" w:space="0" w:color="000000"/>
            </w:tcBorders>
          </w:tcPr>
          <w:p w14:paraId="73859C67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>
              <w:rPr>
                <w:b/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Симметрия</w:t>
            </w:r>
          </w:p>
        </w:tc>
      </w:tr>
      <w:tr w:rsidR="003A176F" w14:paraId="640D6DC1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67F560B8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6164" w:type="dxa"/>
            <w:tcBorders>
              <w:top w:val="single" w:sz="6" w:space="0" w:color="000000"/>
            </w:tcBorders>
          </w:tcPr>
          <w:p w14:paraId="4B8C541A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Осевая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симметрия.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61833A71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0265E87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1A93771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top w:val="single" w:sz="6" w:space="0" w:color="000000"/>
            </w:tcBorders>
          </w:tcPr>
          <w:p w14:paraId="264C9C1B" w14:textId="77777777" w:rsidR="003A176F" w:rsidRDefault="00DB75FB">
            <w:pPr>
              <w:pStyle w:val="TableParagraph"/>
              <w:spacing w:before="56"/>
              <w:ind w:left="79" w:right="1568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https://videouroki.net/search?q=осевая+симметрия</w:t>
            </w:r>
          </w:p>
        </w:tc>
      </w:tr>
      <w:tr w:rsidR="003A176F" w14:paraId="463E8A9D" w14:textId="77777777">
        <w:trPr>
          <w:trHeight w:val="530"/>
        </w:trPr>
        <w:tc>
          <w:tcPr>
            <w:tcW w:w="468" w:type="dxa"/>
          </w:tcPr>
          <w:p w14:paraId="72387CEC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6164" w:type="dxa"/>
          </w:tcPr>
          <w:p w14:paraId="7C1D5494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Центральная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симметрия.</w:t>
            </w:r>
          </w:p>
        </w:tc>
        <w:tc>
          <w:tcPr>
            <w:tcW w:w="528" w:type="dxa"/>
          </w:tcPr>
          <w:p w14:paraId="0C42B2DF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75D4C74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EEE372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13C6A1EC" w14:textId="77777777" w:rsidR="003A176F" w:rsidRDefault="00DB75FB">
            <w:pPr>
              <w:pStyle w:val="TableParagraph"/>
              <w:spacing w:before="59"/>
              <w:ind w:left="79" w:right="1568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https://videouroki.net/search?q=центральная+симметрия</w:t>
            </w:r>
          </w:p>
        </w:tc>
      </w:tr>
      <w:tr w:rsidR="003A176F" w14:paraId="19041587" w14:textId="77777777">
        <w:trPr>
          <w:trHeight w:val="530"/>
        </w:trPr>
        <w:tc>
          <w:tcPr>
            <w:tcW w:w="468" w:type="dxa"/>
          </w:tcPr>
          <w:p w14:paraId="6858857F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6164" w:type="dxa"/>
          </w:tcPr>
          <w:p w14:paraId="27063886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Построение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симметричных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фигур.</w:t>
            </w:r>
          </w:p>
        </w:tc>
        <w:tc>
          <w:tcPr>
            <w:tcW w:w="528" w:type="dxa"/>
          </w:tcPr>
          <w:p w14:paraId="34B328EC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5835C11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13CB97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31A4C41B" w14:textId="1FFF19D1" w:rsidR="003A176F" w:rsidRDefault="00DB75FB">
            <w:pPr>
              <w:pStyle w:val="TableParagraph"/>
              <w:spacing w:before="60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8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73D25B40" w14:textId="77777777">
        <w:trPr>
          <w:trHeight w:val="530"/>
        </w:trPr>
        <w:tc>
          <w:tcPr>
            <w:tcW w:w="468" w:type="dxa"/>
          </w:tcPr>
          <w:p w14:paraId="4CBAAE17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6164" w:type="dxa"/>
          </w:tcPr>
          <w:p w14:paraId="30B57E39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«Осевая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симметрия».</w:t>
            </w:r>
          </w:p>
        </w:tc>
        <w:tc>
          <w:tcPr>
            <w:tcW w:w="528" w:type="dxa"/>
          </w:tcPr>
          <w:p w14:paraId="3DB830B1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5E30C3E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FD93BD5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5297" w:type="dxa"/>
          </w:tcPr>
          <w:p w14:paraId="1BD920F7" w14:textId="188E2AAA" w:rsidR="003A176F" w:rsidRDefault="00DB75FB">
            <w:pPr>
              <w:pStyle w:val="TableParagraph"/>
              <w:spacing w:before="59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39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24C833E6" w14:textId="77777777">
        <w:trPr>
          <w:trHeight w:val="529"/>
        </w:trPr>
        <w:tc>
          <w:tcPr>
            <w:tcW w:w="468" w:type="dxa"/>
          </w:tcPr>
          <w:p w14:paraId="680396F1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6164" w:type="dxa"/>
          </w:tcPr>
          <w:p w14:paraId="6CC27C95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Симметрия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пространстве</w:t>
            </w:r>
          </w:p>
        </w:tc>
        <w:tc>
          <w:tcPr>
            <w:tcW w:w="528" w:type="dxa"/>
          </w:tcPr>
          <w:p w14:paraId="7C324295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2F31420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FBF79D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3FB1D86A" w14:textId="77777777" w:rsidR="003A176F" w:rsidRDefault="00DB75FB">
            <w:pPr>
              <w:pStyle w:val="TableParagraph"/>
              <w:spacing w:before="61"/>
              <w:ind w:left="79" w:right="1568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https://videouroki.net/search?q=симметрия+в+пространстве</w:t>
            </w:r>
          </w:p>
        </w:tc>
      </w:tr>
      <w:tr w:rsidR="003A176F" w14:paraId="29A8F403" w14:textId="77777777">
        <w:trPr>
          <w:trHeight w:val="338"/>
        </w:trPr>
        <w:tc>
          <w:tcPr>
            <w:tcW w:w="6632" w:type="dxa"/>
            <w:gridSpan w:val="2"/>
          </w:tcPr>
          <w:p w14:paraId="2F7BCCC8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3B6BE069" w14:textId="77777777" w:rsidR="003A176F" w:rsidRDefault="00DB75FB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515" w:type="dxa"/>
          </w:tcPr>
          <w:p w14:paraId="348CE81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CB1CE2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6C3E35F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63E5457B" w14:textId="77777777">
        <w:trPr>
          <w:trHeight w:val="337"/>
        </w:trPr>
        <w:tc>
          <w:tcPr>
            <w:tcW w:w="15508" w:type="dxa"/>
            <w:gridSpan w:val="6"/>
            <w:tcBorders>
              <w:bottom w:val="single" w:sz="6" w:space="0" w:color="000000"/>
            </w:tcBorders>
          </w:tcPr>
          <w:p w14:paraId="51A5E23E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5.</w:t>
            </w:r>
            <w:r>
              <w:rPr>
                <w:b/>
                <w:color w:val="201F1F"/>
                <w:w w:val="95"/>
                <w:sz w:val="16"/>
              </w:rPr>
              <w:t>Выражения</w:t>
            </w:r>
            <w:r>
              <w:rPr>
                <w:b/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с буквами</w:t>
            </w:r>
          </w:p>
        </w:tc>
      </w:tr>
      <w:tr w:rsidR="003A176F" w14:paraId="29A3BBB5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6DA75B2B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6164" w:type="dxa"/>
            <w:tcBorders>
              <w:top w:val="single" w:sz="6" w:space="0" w:color="000000"/>
            </w:tcBorders>
          </w:tcPr>
          <w:p w14:paraId="48617882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Применение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букв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для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записи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математических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выражений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предложений.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5E58DEAE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12638FA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108BD13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top w:val="single" w:sz="6" w:space="0" w:color="000000"/>
            </w:tcBorders>
          </w:tcPr>
          <w:p w14:paraId="5EE5FE00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84E29BB" w14:textId="77777777" w:rsidR="003A176F" w:rsidRDefault="00DB75FB">
            <w:pPr>
              <w:pStyle w:val="TableParagraph"/>
              <w:spacing w:before="6"/>
              <w:ind w:left="79"/>
              <w:rPr>
                <w:sz w:val="16"/>
              </w:rPr>
            </w:pPr>
            <w:r>
              <w:rPr>
                <w:sz w:val="16"/>
              </w:rPr>
              <w:t>https://resh.edu.ru/subject/lesson/1429/</w:t>
            </w:r>
          </w:p>
        </w:tc>
      </w:tr>
      <w:tr w:rsidR="003A176F" w14:paraId="7223E766" w14:textId="77777777">
        <w:trPr>
          <w:trHeight w:val="530"/>
        </w:trPr>
        <w:tc>
          <w:tcPr>
            <w:tcW w:w="468" w:type="dxa"/>
          </w:tcPr>
          <w:p w14:paraId="0964E141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6164" w:type="dxa"/>
          </w:tcPr>
          <w:p w14:paraId="7E222D90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Буквенные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выражения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 числовые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подстановки.</w:t>
            </w:r>
          </w:p>
        </w:tc>
        <w:tc>
          <w:tcPr>
            <w:tcW w:w="528" w:type="dxa"/>
          </w:tcPr>
          <w:p w14:paraId="003ADAF0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6CEDD2C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ABBC88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1107C52C" w14:textId="21077707" w:rsidR="003A176F" w:rsidRDefault="00DB75FB">
            <w:pPr>
              <w:pStyle w:val="TableParagraph"/>
              <w:spacing w:before="57" w:line="244" w:lineRule="auto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0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7DA4BEF" w14:textId="77777777">
        <w:trPr>
          <w:trHeight w:val="530"/>
        </w:trPr>
        <w:tc>
          <w:tcPr>
            <w:tcW w:w="468" w:type="dxa"/>
          </w:tcPr>
          <w:p w14:paraId="667119A8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6164" w:type="dxa"/>
          </w:tcPr>
          <w:p w14:paraId="1BF22790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Буквенные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равенства,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нахождение</w:t>
            </w:r>
            <w:r>
              <w:rPr>
                <w:color w:val="201F1F"/>
                <w:spacing w:val="9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неизвестного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компонента.</w:t>
            </w:r>
          </w:p>
        </w:tc>
        <w:tc>
          <w:tcPr>
            <w:tcW w:w="528" w:type="dxa"/>
          </w:tcPr>
          <w:p w14:paraId="33E47783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5EC998E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6FBDE9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37970652" w14:textId="366E1505" w:rsidR="003A176F" w:rsidRDefault="00DB75FB">
            <w:pPr>
              <w:pStyle w:val="TableParagraph"/>
              <w:spacing w:before="57" w:line="244" w:lineRule="auto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1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1EE23876" w14:textId="77777777">
        <w:trPr>
          <w:trHeight w:val="527"/>
        </w:trPr>
        <w:tc>
          <w:tcPr>
            <w:tcW w:w="468" w:type="dxa"/>
            <w:tcBorders>
              <w:bottom w:val="single" w:sz="6" w:space="0" w:color="000000"/>
            </w:tcBorders>
          </w:tcPr>
          <w:p w14:paraId="4C9FE8FD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6164" w:type="dxa"/>
            <w:tcBorders>
              <w:bottom w:val="single" w:sz="6" w:space="0" w:color="000000"/>
            </w:tcBorders>
          </w:tcPr>
          <w:p w14:paraId="2DBA1198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sz w:val="16"/>
              </w:rPr>
              <w:t>Формулы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5641CC55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  <w:tcBorders>
              <w:bottom w:val="single" w:sz="6" w:space="0" w:color="000000"/>
            </w:tcBorders>
          </w:tcPr>
          <w:p w14:paraId="3548CA19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14:paraId="447DE62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bottom w:val="single" w:sz="6" w:space="0" w:color="000000"/>
            </w:tcBorders>
          </w:tcPr>
          <w:p w14:paraId="2CF3C53B" w14:textId="3829339D" w:rsidR="003A176F" w:rsidRDefault="00DB75FB">
            <w:pPr>
              <w:pStyle w:val="TableParagraph"/>
              <w:spacing w:before="57" w:line="244" w:lineRule="auto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2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3F96517" w14:textId="77777777">
        <w:trPr>
          <w:trHeight w:val="333"/>
        </w:trPr>
        <w:tc>
          <w:tcPr>
            <w:tcW w:w="6632" w:type="dxa"/>
            <w:gridSpan w:val="2"/>
            <w:tcBorders>
              <w:top w:val="single" w:sz="6" w:space="0" w:color="000000"/>
            </w:tcBorders>
          </w:tcPr>
          <w:p w14:paraId="679CBA0B" w14:textId="77777777" w:rsidR="003A176F" w:rsidRDefault="00DB75FB">
            <w:pPr>
              <w:pStyle w:val="TableParagraph"/>
              <w:spacing w:before="49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029A1429" w14:textId="77777777" w:rsidR="003A176F" w:rsidRDefault="00DB75FB">
            <w:pPr>
              <w:pStyle w:val="TableParagraph"/>
              <w:spacing w:before="49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6C042C6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77285E8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top w:val="single" w:sz="6" w:space="0" w:color="000000"/>
            </w:tcBorders>
          </w:tcPr>
          <w:p w14:paraId="62BE922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3524D347" w14:textId="77777777">
        <w:trPr>
          <w:trHeight w:val="338"/>
        </w:trPr>
        <w:tc>
          <w:tcPr>
            <w:tcW w:w="15508" w:type="dxa"/>
            <w:gridSpan w:val="6"/>
          </w:tcPr>
          <w:p w14:paraId="51A8006A" w14:textId="6BFEC10E" w:rsidR="003A176F" w:rsidRDefault="00DB75FB">
            <w:pPr>
              <w:pStyle w:val="TableParagraph"/>
              <w:spacing w:before="62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6.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 w:rsidR="009A1DF5">
              <w:rPr>
                <w:b/>
                <w:color w:val="201F1F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Фигуры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плоскости</w:t>
            </w:r>
          </w:p>
        </w:tc>
      </w:tr>
      <w:tr w:rsidR="003A176F" w14:paraId="3D584EBC" w14:textId="77777777">
        <w:trPr>
          <w:trHeight w:val="724"/>
        </w:trPr>
        <w:tc>
          <w:tcPr>
            <w:tcW w:w="468" w:type="dxa"/>
          </w:tcPr>
          <w:p w14:paraId="60CA0C6E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6164" w:type="dxa"/>
          </w:tcPr>
          <w:p w14:paraId="424BB64C" w14:textId="53C20715" w:rsidR="003A176F" w:rsidRDefault="009A1DF5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Четырё</w:t>
            </w:r>
            <w:r w:rsidR="00DB75FB">
              <w:rPr>
                <w:color w:val="201F1F"/>
                <w:w w:val="95"/>
                <w:sz w:val="16"/>
              </w:rPr>
              <w:t>хугольник,</w:t>
            </w:r>
            <w:r w:rsidR="00DB75FB"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примеры</w:t>
            </w:r>
            <w:r w:rsidR="00DB75FB"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четырё</w:t>
            </w:r>
            <w:r w:rsidR="00DB75FB">
              <w:rPr>
                <w:color w:val="201F1F"/>
                <w:w w:val="95"/>
                <w:sz w:val="16"/>
              </w:rPr>
              <w:t>хугольников.</w:t>
            </w:r>
          </w:p>
        </w:tc>
        <w:tc>
          <w:tcPr>
            <w:tcW w:w="528" w:type="dxa"/>
          </w:tcPr>
          <w:p w14:paraId="6D9D4F62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46FB514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3269A8D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1A7F4C13" w14:textId="77777777" w:rsidR="003A176F" w:rsidRDefault="00DB75FB">
            <w:pPr>
              <w:pStyle w:val="TableParagraph"/>
              <w:spacing w:before="59" w:line="244" w:lineRule="auto"/>
              <w:ind w:left="79" w:right="3393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</w:t>
            </w:r>
          </w:p>
          <w:p w14:paraId="20963412" w14:textId="77777777" w:rsidR="003A176F" w:rsidRDefault="00DB75FB">
            <w:pPr>
              <w:pStyle w:val="TableParagraph"/>
              <w:spacing w:before="13"/>
              <w:ind w:left="79"/>
              <w:rPr>
                <w:sz w:val="16"/>
              </w:rPr>
            </w:pPr>
            <w:r>
              <w:rPr>
                <w:sz w:val="16"/>
              </w:rPr>
              <w:t>q=Четырѐхугольник%2C+примеры+четырѐхугольников.</w:t>
            </w:r>
          </w:p>
        </w:tc>
      </w:tr>
      <w:tr w:rsidR="003A176F" w14:paraId="3FE3E9C3" w14:textId="77777777">
        <w:trPr>
          <w:trHeight w:val="530"/>
        </w:trPr>
        <w:tc>
          <w:tcPr>
            <w:tcW w:w="468" w:type="dxa"/>
          </w:tcPr>
          <w:p w14:paraId="7FD164F9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6164" w:type="dxa"/>
          </w:tcPr>
          <w:p w14:paraId="1F1BAD21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Прямоугольник,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квадрат: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свойства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сторон,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углов,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диагоналей.</w:t>
            </w:r>
          </w:p>
        </w:tc>
        <w:tc>
          <w:tcPr>
            <w:tcW w:w="528" w:type="dxa"/>
          </w:tcPr>
          <w:p w14:paraId="03CD8A75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7F45583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255E1D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53C4CC71" w14:textId="1FADDCDD" w:rsidR="003A176F" w:rsidRDefault="00DB75FB">
            <w:pPr>
              <w:pStyle w:val="TableParagraph"/>
              <w:spacing w:before="57" w:line="244" w:lineRule="auto"/>
              <w:ind w:left="79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3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AF9480B" w14:textId="77777777">
        <w:trPr>
          <w:trHeight w:val="529"/>
        </w:trPr>
        <w:tc>
          <w:tcPr>
            <w:tcW w:w="468" w:type="dxa"/>
          </w:tcPr>
          <w:p w14:paraId="258BA819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6164" w:type="dxa"/>
          </w:tcPr>
          <w:p w14:paraId="79BC7AC8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Измерение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углов.</w:t>
            </w:r>
          </w:p>
        </w:tc>
        <w:tc>
          <w:tcPr>
            <w:tcW w:w="528" w:type="dxa"/>
          </w:tcPr>
          <w:p w14:paraId="4EBF313C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17D097E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386028D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5C0CD671" w14:textId="77777777" w:rsidR="003A176F" w:rsidRDefault="00DB75FB">
            <w:pPr>
              <w:pStyle w:val="TableParagraph"/>
              <w:spacing w:before="54"/>
              <w:ind w:left="7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38B8850" w14:textId="77777777" w:rsidR="003A176F" w:rsidRDefault="00DB75FB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https://resh.edu.ru/subject/lesson/589/</w:t>
            </w:r>
          </w:p>
        </w:tc>
      </w:tr>
      <w:tr w:rsidR="003A176F" w:rsidRPr="00886B7E" w14:paraId="1DD8C821" w14:textId="77777777">
        <w:trPr>
          <w:trHeight w:val="523"/>
        </w:trPr>
        <w:tc>
          <w:tcPr>
            <w:tcW w:w="468" w:type="dxa"/>
          </w:tcPr>
          <w:p w14:paraId="584DA5E3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6164" w:type="dxa"/>
          </w:tcPr>
          <w:p w14:paraId="35E1D1C7" w14:textId="77777777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Виды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треугольников.</w:t>
            </w:r>
          </w:p>
        </w:tc>
        <w:tc>
          <w:tcPr>
            <w:tcW w:w="528" w:type="dxa"/>
          </w:tcPr>
          <w:p w14:paraId="333990BE" w14:textId="77777777" w:rsidR="003A176F" w:rsidRDefault="00DB75FB">
            <w:pPr>
              <w:pStyle w:val="TableParagraph"/>
              <w:spacing w:before="52"/>
              <w:ind w:left="79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42728D8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3FAB8ED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3392B28E" w14:textId="77777777" w:rsidR="003A176F" w:rsidRPr="00DB75FB" w:rsidRDefault="00DB75FB">
            <w:pPr>
              <w:pStyle w:val="TableParagraph"/>
              <w:spacing w:before="57" w:line="244" w:lineRule="auto"/>
              <w:ind w:left="79" w:right="1568"/>
              <w:rPr>
                <w:sz w:val="16"/>
                <w:lang w:val="en-US"/>
              </w:rPr>
            </w:pPr>
            <w:proofErr w:type="spellStart"/>
            <w:r w:rsidRPr="00DB75FB">
              <w:rPr>
                <w:sz w:val="16"/>
                <w:lang w:val="en-US"/>
              </w:rPr>
              <w:t>Skysmart</w:t>
            </w:r>
            <w:proofErr w:type="spellEnd"/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 w:rsidRPr="00DB75FB">
              <w:rPr>
                <w:w w:val="90"/>
                <w:sz w:val="16"/>
                <w:lang w:val="en-US"/>
              </w:rPr>
              <w:t>https://edu.skysmart.ru/teacher/homework/figuzohila</w:t>
            </w:r>
          </w:p>
        </w:tc>
      </w:tr>
    </w:tbl>
    <w:p w14:paraId="20826BF6" w14:textId="77777777" w:rsidR="003A176F" w:rsidRPr="00DB75FB" w:rsidRDefault="003A176F">
      <w:pPr>
        <w:spacing w:line="244" w:lineRule="auto"/>
        <w:rPr>
          <w:sz w:val="16"/>
          <w:lang w:val="en-US"/>
        </w:rPr>
        <w:sectPr w:rsidR="003A176F" w:rsidRPr="00DB75FB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62"/>
        <w:gridCol w:w="526"/>
        <w:gridCol w:w="1515"/>
        <w:gridCol w:w="1536"/>
        <w:gridCol w:w="5295"/>
      </w:tblGrid>
      <w:tr w:rsidR="003A176F" w:rsidRPr="00886B7E" w14:paraId="1D9048C1" w14:textId="77777777">
        <w:trPr>
          <w:trHeight w:val="530"/>
        </w:trPr>
        <w:tc>
          <w:tcPr>
            <w:tcW w:w="468" w:type="dxa"/>
          </w:tcPr>
          <w:p w14:paraId="46748B44" w14:textId="77777777" w:rsidR="003A176F" w:rsidRDefault="00DB75FB">
            <w:pPr>
              <w:pStyle w:val="TableParagraph"/>
              <w:spacing w:before="5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6162" w:type="dxa"/>
          </w:tcPr>
          <w:p w14:paraId="000F93D0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Периметр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многоугольника.</w:t>
            </w:r>
          </w:p>
        </w:tc>
        <w:tc>
          <w:tcPr>
            <w:tcW w:w="526" w:type="dxa"/>
          </w:tcPr>
          <w:p w14:paraId="70A63973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33F6D50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F577CE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7A5EAFEE" w14:textId="77777777" w:rsidR="003A176F" w:rsidRPr="00DB75FB" w:rsidRDefault="00DB75FB">
            <w:pPr>
              <w:pStyle w:val="TableParagraph"/>
              <w:spacing w:before="61"/>
              <w:ind w:left="82" w:right="1563"/>
              <w:rPr>
                <w:sz w:val="16"/>
                <w:lang w:val="en-US"/>
              </w:rPr>
            </w:pPr>
            <w:proofErr w:type="spellStart"/>
            <w:r w:rsidRPr="00DB75FB">
              <w:rPr>
                <w:sz w:val="16"/>
                <w:lang w:val="en-US"/>
              </w:rPr>
              <w:t>Skysmart</w:t>
            </w:r>
            <w:proofErr w:type="spellEnd"/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 w:rsidRPr="00DB75FB">
              <w:rPr>
                <w:w w:val="90"/>
                <w:sz w:val="16"/>
                <w:lang w:val="en-US"/>
              </w:rPr>
              <w:t>https://edu.skysmart.ru/teacher/homework/figuzohila</w:t>
            </w:r>
          </w:p>
        </w:tc>
      </w:tr>
      <w:tr w:rsidR="003A176F" w:rsidRPr="00886B7E" w14:paraId="38F16B20" w14:textId="77777777">
        <w:trPr>
          <w:trHeight w:val="530"/>
        </w:trPr>
        <w:tc>
          <w:tcPr>
            <w:tcW w:w="468" w:type="dxa"/>
          </w:tcPr>
          <w:p w14:paraId="4343E15D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6.6.</w:t>
            </w:r>
          </w:p>
        </w:tc>
        <w:tc>
          <w:tcPr>
            <w:tcW w:w="6162" w:type="dxa"/>
          </w:tcPr>
          <w:p w14:paraId="1E29910B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Площадь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фигуры.</w:t>
            </w:r>
          </w:p>
        </w:tc>
        <w:tc>
          <w:tcPr>
            <w:tcW w:w="526" w:type="dxa"/>
          </w:tcPr>
          <w:p w14:paraId="3BAE07D2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1E6EDF4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E7968E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32BA879D" w14:textId="77777777" w:rsidR="003A176F" w:rsidRPr="00DB75FB" w:rsidRDefault="00DB75FB">
            <w:pPr>
              <w:pStyle w:val="TableParagraph"/>
              <w:spacing w:before="62"/>
              <w:ind w:left="82" w:right="1563"/>
              <w:rPr>
                <w:sz w:val="16"/>
                <w:lang w:val="en-US"/>
              </w:rPr>
            </w:pPr>
            <w:proofErr w:type="spellStart"/>
            <w:r w:rsidRPr="00DB75FB">
              <w:rPr>
                <w:sz w:val="16"/>
                <w:lang w:val="en-US"/>
              </w:rPr>
              <w:t>Skysmart</w:t>
            </w:r>
            <w:proofErr w:type="spellEnd"/>
            <w:r w:rsidRPr="00DB75FB">
              <w:rPr>
                <w:spacing w:val="1"/>
                <w:sz w:val="16"/>
                <w:lang w:val="en-US"/>
              </w:rPr>
              <w:t xml:space="preserve"> </w:t>
            </w:r>
            <w:r w:rsidRPr="00DB75FB">
              <w:rPr>
                <w:w w:val="90"/>
                <w:sz w:val="16"/>
                <w:lang w:val="en-US"/>
              </w:rPr>
              <w:t>https://edu.skysmart.ru/teacher/homework/figuzohila</w:t>
            </w:r>
          </w:p>
        </w:tc>
      </w:tr>
      <w:tr w:rsidR="003A176F" w14:paraId="676B658C" w14:textId="77777777">
        <w:trPr>
          <w:trHeight w:val="527"/>
        </w:trPr>
        <w:tc>
          <w:tcPr>
            <w:tcW w:w="468" w:type="dxa"/>
            <w:tcBorders>
              <w:bottom w:val="single" w:sz="6" w:space="0" w:color="000000"/>
            </w:tcBorders>
          </w:tcPr>
          <w:p w14:paraId="20A78358" w14:textId="77777777" w:rsidR="003A176F" w:rsidRDefault="00DB75FB">
            <w:pPr>
              <w:pStyle w:val="TableParagraph"/>
              <w:spacing w:before="5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6.7.</w:t>
            </w:r>
          </w:p>
        </w:tc>
        <w:tc>
          <w:tcPr>
            <w:tcW w:w="6162" w:type="dxa"/>
            <w:tcBorders>
              <w:bottom w:val="single" w:sz="6" w:space="0" w:color="000000"/>
            </w:tcBorders>
          </w:tcPr>
          <w:p w14:paraId="55667CD7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Формулы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периметра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площади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прямоугольника.</w:t>
            </w:r>
          </w:p>
        </w:tc>
        <w:tc>
          <w:tcPr>
            <w:tcW w:w="526" w:type="dxa"/>
            <w:tcBorders>
              <w:bottom w:val="single" w:sz="6" w:space="0" w:color="000000"/>
            </w:tcBorders>
          </w:tcPr>
          <w:p w14:paraId="57D034F2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  <w:tcBorders>
              <w:bottom w:val="single" w:sz="6" w:space="0" w:color="000000"/>
            </w:tcBorders>
          </w:tcPr>
          <w:p w14:paraId="698C16E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14:paraId="3E56B65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  <w:tcBorders>
              <w:bottom w:val="single" w:sz="6" w:space="0" w:color="000000"/>
            </w:tcBorders>
          </w:tcPr>
          <w:p w14:paraId="1F9D0F94" w14:textId="5596A404" w:rsidR="003A176F" w:rsidRDefault="00DB75FB">
            <w:pPr>
              <w:pStyle w:val="TableParagraph"/>
              <w:spacing w:before="61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4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3CE241BB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1E23A253" w14:textId="77777777" w:rsidR="003A176F" w:rsidRDefault="00DB75FB">
            <w:pPr>
              <w:pStyle w:val="TableParagraph"/>
              <w:spacing w:before="5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6.8.</w:t>
            </w:r>
          </w:p>
        </w:tc>
        <w:tc>
          <w:tcPr>
            <w:tcW w:w="6162" w:type="dxa"/>
            <w:tcBorders>
              <w:top w:val="single" w:sz="6" w:space="0" w:color="000000"/>
            </w:tcBorders>
          </w:tcPr>
          <w:p w14:paraId="5817044C" w14:textId="2D316532" w:rsidR="003A176F" w:rsidRDefault="009A1DF5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Приближё</w:t>
            </w:r>
            <w:r w:rsidR="00DB75FB">
              <w:rPr>
                <w:color w:val="201F1F"/>
                <w:w w:val="95"/>
                <w:sz w:val="16"/>
              </w:rPr>
              <w:t>нное</w:t>
            </w:r>
            <w:r w:rsidR="00DB75FB"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измерение</w:t>
            </w:r>
            <w:r w:rsidR="00DB75FB"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площади</w:t>
            </w:r>
            <w:r w:rsidR="00DB75FB"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фигур.</w:t>
            </w:r>
          </w:p>
        </w:tc>
        <w:tc>
          <w:tcPr>
            <w:tcW w:w="526" w:type="dxa"/>
            <w:tcBorders>
              <w:top w:val="single" w:sz="6" w:space="0" w:color="000000"/>
            </w:tcBorders>
          </w:tcPr>
          <w:p w14:paraId="060CAFA7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2FBB5D8E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4200D9C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  <w:tcBorders>
              <w:top w:val="single" w:sz="6" w:space="0" w:color="000000"/>
            </w:tcBorders>
          </w:tcPr>
          <w:p w14:paraId="35B005FB" w14:textId="0F1F232B" w:rsidR="003A176F" w:rsidRDefault="00DB75FB">
            <w:pPr>
              <w:pStyle w:val="TableParagraph"/>
              <w:spacing w:before="56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5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495325C" w14:textId="77777777">
        <w:trPr>
          <w:trHeight w:val="530"/>
        </w:trPr>
        <w:tc>
          <w:tcPr>
            <w:tcW w:w="468" w:type="dxa"/>
          </w:tcPr>
          <w:p w14:paraId="4F006AB7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6.9.</w:t>
            </w:r>
          </w:p>
        </w:tc>
        <w:tc>
          <w:tcPr>
            <w:tcW w:w="6162" w:type="dxa"/>
          </w:tcPr>
          <w:p w14:paraId="5E0AC8C4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«Площадь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круга»</w:t>
            </w:r>
          </w:p>
        </w:tc>
        <w:tc>
          <w:tcPr>
            <w:tcW w:w="526" w:type="dxa"/>
          </w:tcPr>
          <w:p w14:paraId="5EC502AF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4704DA9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2043166C" w14:textId="77777777" w:rsidR="003A176F" w:rsidRDefault="00DB75FB">
            <w:pPr>
              <w:pStyle w:val="TableParagraph"/>
              <w:spacing w:before="57"/>
              <w:ind w:left="85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5295" w:type="dxa"/>
          </w:tcPr>
          <w:p w14:paraId="48BFE3DB" w14:textId="3894E9CF" w:rsidR="003A176F" w:rsidRDefault="00DB75FB">
            <w:pPr>
              <w:pStyle w:val="TableParagraph"/>
              <w:spacing w:before="59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6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7DE8EFF" w14:textId="77777777">
        <w:trPr>
          <w:trHeight w:val="338"/>
        </w:trPr>
        <w:tc>
          <w:tcPr>
            <w:tcW w:w="6630" w:type="dxa"/>
            <w:gridSpan w:val="2"/>
          </w:tcPr>
          <w:p w14:paraId="6AB9B92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6" w:type="dxa"/>
          </w:tcPr>
          <w:p w14:paraId="7201F7AB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515" w:type="dxa"/>
          </w:tcPr>
          <w:p w14:paraId="508752C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27F9FA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251C406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403D80E1" w14:textId="77777777">
        <w:trPr>
          <w:trHeight w:val="337"/>
        </w:trPr>
        <w:tc>
          <w:tcPr>
            <w:tcW w:w="15502" w:type="dxa"/>
            <w:gridSpan w:val="6"/>
          </w:tcPr>
          <w:p w14:paraId="4020AA99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7.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Положительные</w:t>
            </w:r>
            <w:r>
              <w:rPr>
                <w:b/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и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отрицательные</w:t>
            </w:r>
            <w:r>
              <w:rPr>
                <w:b/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числа</w:t>
            </w:r>
          </w:p>
        </w:tc>
      </w:tr>
      <w:tr w:rsidR="003A176F" w14:paraId="41DEFC65" w14:textId="77777777">
        <w:trPr>
          <w:trHeight w:val="530"/>
        </w:trPr>
        <w:tc>
          <w:tcPr>
            <w:tcW w:w="468" w:type="dxa"/>
          </w:tcPr>
          <w:p w14:paraId="128614A7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6162" w:type="dxa"/>
          </w:tcPr>
          <w:p w14:paraId="3CD30723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Целые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числа.</w:t>
            </w:r>
          </w:p>
        </w:tc>
        <w:tc>
          <w:tcPr>
            <w:tcW w:w="526" w:type="dxa"/>
          </w:tcPr>
          <w:p w14:paraId="06C5939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64BC0BC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D1DB2A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175BA230" w14:textId="77777777" w:rsidR="003A176F" w:rsidRDefault="00DB75F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169C608" w14:textId="77777777" w:rsidR="003A176F" w:rsidRDefault="00DB75FB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https://resh.edu.ru/subject/lesson/6868/start/237703/</w:t>
            </w:r>
          </w:p>
        </w:tc>
      </w:tr>
      <w:tr w:rsidR="003A176F" w14:paraId="717C0CD5" w14:textId="77777777">
        <w:trPr>
          <w:trHeight w:val="529"/>
        </w:trPr>
        <w:tc>
          <w:tcPr>
            <w:tcW w:w="468" w:type="dxa"/>
          </w:tcPr>
          <w:p w14:paraId="22858037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6162" w:type="dxa"/>
          </w:tcPr>
          <w:p w14:paraId="7694896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Модуль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числа, геометрическая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интерпретация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модуля.</w:t>
            </w:r>
          </w:p>
        </w:tc>
        <w:tc>
          <w:tcPr>
            <w:tcW w:w="526" w:type="dxa"/>
          </w:tcPr>
          <w:p w14:paraId="3B693DCB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4F745FE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3E8FDB8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2FE50C14" w14:textId="77777777" w:rsidR="003A176F" w:rsidRDefault="00DB75FB">
            <w:pPr>
              <w:pStyle w:val="TableParagraph"/>
              <w:spacing w:before="59"/>
              <w:ind w:left="82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010D2CCB" w14:textId="77777777" w:rsidR="003A176F" w:rsidRDefault="00DB75FB">
            <w:pPr>
              <w:pStyle w:val="TableParagraph"/>
              <w:spacing w:before="6"/>
              <w:ind w:left="82"/>
              <w:rPr>
                <w:sz w:val="16"/>
              </w:rPr>
            </w:pPr>
            <w:r>
              <w:rPr>
                <w:sz w:val="16"/>
              </w:rPr>
              <w:t>https://resh.edu.ru/subject/lesson/1058/</w:t>
            </w:r>
          </w:p>
        </w:tc>
      </w:tr>
      <w:tr w:rsidR="003A176F" w14:paraId="74C78E6F" w14:textId="77777777">
        <w:trPr>
          <w:trHeight w:val="527"/>
        </w:trPr>
        <w:tc>
          <w:tcPr>
            <w:tcW w:w="468" w:type="dxa"/>
          </w:tcPr>
          <w:p w14:paraId="3F054436" w14:textId="77777777" w:rsidR="003A176F" w:rsidRDefault="00DB75FB">
            <w:pPr>
              <w:pStyle w:val="TableParagraph"/>
              <w:spacing w:before="5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6162" w:type="dxa"/>
          </w:tcPr>
          <w:p w14:paraId="4816A229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Числовые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промежутки.</w:t>
            </w:r>
          </w:p>
        </w:tc>
        <w:tc>
          <w:tcPr>
            <w:tcW w:w="526" w:type="dxa"/>
          </w:tcPr>
          <w:p w14:paraId="2757D0DE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6EF4A38C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3A3315F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54DE71FB" w14:textId="5B0402A2" w:rsidR="003A176F" w:rsidRDefault="00DB75FB">
            <w:pPr>
              <w:pStyle w:val="TableParagraph"/>
              <w:spacing w:before="61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7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02F5031F" w14:textId="77777777">
        <w:trPr>
          <w:trHeight w:val="532"/>
        </w:trPr>
        <w:tc>
          <w:tcPr>
            <w:tcW w:w="468" w:type="dxa"/>
          </w:tcPr>
          <w:p w14:paraId="26B039E1" w14:textId="77777777" w:rsidR="003A176F" w:rsidRDefault="00DB75FB">
            <w:pPr>
              <w:pStyle w:val="TableParagraph"/>
              <w:spacing w:before="5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6162" w:type="dxa"/>
          </w:tcPr>
          <w:p w14:paraId="51A92276" w14:textId="77777777" w:rsidR="003A176F" w:rsidRDefault="00DB75FB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Положительные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отрицательные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числа.</w:t>
            </w:r>
          </w:p>
        </w:tc>
        <w:tc>
          <w:tcPr>
            <w:tcW w:w="526" w:type="dxa"/>
          </w:tcPr>
          <w:p w14:paraId="609BEBC5" w14:textId="77777777" w:rsidR="003A176F" w:rsidRDefault="00DB75FB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58B0DBC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3EC3AC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6896F9AB" w14:textId="43E5E807" w:rsidR="003A176F" w:rsidRDefault="00DB75FB">
            <w:pPr>
              <w:pStyle w:val="TableParagraph"/>
              <w:spacing w:before="64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8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15A89398" w14:textId="77777777">
        <w:trPr>
          <w:trHeight w:val="530"/>
        </w:trPr>
        <w:tc>
          <w:tcPr>
            <w:tcW w:w="468" w:type="dxa"/>
          </w:tcPr>
          <w:p w14:paraId="0C856241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6162" w:type="dxa"/>
          </w:tcPr>
          <w:p w14:paraId="74170E9C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Сравнение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положительных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отрицательных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чисел.</w:t>
            </w:r>
          </w:p>
        </w:tc>
        <w:tc>
          <w:tcPr>
            <w:tcW w:w="526" w:type="dxa"/>
          </w:tcPr>
          <w:p w14:paraId="339873F2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7AA4CA3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1EEEFF9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51CF381D" w14:textId="660332F3" w:rsidR="003A176F" w:rsidRDefault="00DB75FB">
            <w:pPr>
              <w:pStyle w:val="TableParagraph"/>
              <w:spacing w:before="57" w:line="247" w:lineRule="auto"/>
              <w:ind w:left="82" w:right="3611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9A1DF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43FF3CD3" w14:textId="77777777">
        <w:trPr>
          <w:trHeight w:val="529"/>
        </w:trPr>
        <w:tc>
          <w:tcPr>
            <w:tcW w:w="468" w:type="dxa"/>
          </w:tcPr>
          <w:p w14:paraId="7F32E6A3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7.6.</w:t>
            </w:r>
          </w:p>
        </w:tc>
        <w:tc>
          <w:tcPr>
            <w:tcW w:w="6162" w:type="dxa"/>
          </w:tcPr>
          <w:p w14:paraId="5EC6F2CD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Арифметические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действия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положительными</w:t>
            </w:r>
            <w:r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отрицательными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числами.</w:t>
            </w:r>
          </w:p>
        </w:tc>
        <w:tc>
          <w:tcPr>
            <w:tcW w:w="526" w:type="dxa"/>
          </w:tcPr>
          <w:p w14:paraId="115D786B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515" w:type="dxa"/>
          </w:tcPr>
          <w:p w14:paraId="49E16176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6664B55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408EDE9E" w14:textId="23C68F63" w:rsidR="003A176F" w:rsidRDefault="00DB75FB">
            <w:pPr>
              <w:pStyle w:val="TableParagraph"/>
              <w:spacing w:before="57" w:line="247" w:lineRule="auto"/>
              <w:ind w:left="82" w:right="3611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9A1DF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0D11366B" w14:textId="77777777">
        <w:trPr>
          <w:trHeight w:val="530"/>
        </w:trPr>
        <w:tc>
          <w:tcPr>
            <w:tcW w:w="468" w:type="dxa"/>
          </w:tcPr>
          <w:p w14:paraId="31CD33EF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7.7.</w:t>
            </w:r>
          </w:p>
        </w:tc>
        <w:tc>
          <w:tcPr>
            <w:tcW w:w="6162" w:type="dxa"/>
          </w:tcPr>
          <w:p w14:paraId="284E2407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</w:t>
            </w:r>
          </w:p>
        </w:tc>
        <w:tc>
          <w:tcPr>
            <w:tcW w:w="526" w:type="dxa"/>
          </w:tcPr>
          <w:p w14:paraId="58C8EFF7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1515" w:type="dxa"/>
          </w:tcPr>
          <w:p w14:paraId="2FAAC54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55DFF0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420D2354" w14:textId="13778D27" w:rsidR="003A176F" w:rsidRDefault="00DB75FB">
            <w:pPr>
              <w:pStyle w:val="TableParagraph"/>
              <w:spacing w:before="57" w:line="247" w:lineRule="auto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49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6A521911" w14:textId="77777777">
        <w:trPr>
          <w:trHeight w:val="338"/>
        </w:trPr>
        <w:tc>
          <w:tcPr>
            <w:tcW w:w="6630" w:type="dxa"/>
            <w:gridSpan w:val="2"/>
          </w:tcPr>
          <w:p w14:paraId="686165BC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6" w:type="dxa"/>
          </w:tcPr>
          <w:p w14:paraId="7B88C658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515" w:type="dxa"/>
          </w:tcPr>
          <w:p w14:paraId="492E1122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754263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424BA05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7A3D9162" w14:textId="77777777">
        <w:trPr>
          <w:trHeight w:val="338"/>
        </w:trPr>
        <w:tc>
          <w:tcPr>
            <w:tcW w:w="15502" w:type="dxa"/>
            <w:gridSpan w:val="6"/>
          </w:tcPr>
          <w:p w14:paraId="6A98929D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color w:val="201F1F"/>
                <w:w w:val="95"/>
                <w:sz w:val="16"/>
              </w:rPr>
              <w:t>Раздел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8.</w:t>
            </w:r>
            <w:r>
              <w:rPr>
                <w:b/>
                <w:color w:val="201F1F"/>
                <w:spacing w:val="-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Представление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данных</w:t>
            </w:r>
          </w:p>
        </w:tc>
      </w:tr>
      <w:tr w:rsidR="003A176F" w14:paraId="533D5F62" w14:textId="77777777">
        <w:trPr>
          <w:trHeight w:val="530"/>
        </w:trPr>
        <w:tc>
          <w:tcPr>
            <w:tcW w:w="468" w:type="dxa"/>
          </w:tcPr>
          <w:p w14:paraId="26FF6293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6162" w:type="dxa"/>
          </w:tcPr>
          <w:p w14:paraId="2E75728D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Прямоугольная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система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координат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плоскости.</w:t>
            </w:r>
          </w:p>
        </w:tc>
        <w:tc>
          <w:tcPr>
            <w:tcW w:w="526" w:type="dxa"/>
          </w:tcPr>
          <w:p w14:paraId="6AB85A32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3D691B3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0446BC4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28B24783" w14:textId="77777777" w:rsidR="003A176F" w:rsidRDefault="00DB75F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A6E4441" w14:textId="77777777" w:rsidR="003A176F" w:rsidRDefault="00DB75FB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https://resh.edu.ru/subject/lesson/1083/</w:t>
            </w:r>
          </w:p>
        </w:tc>
      </w:tr>
      <w:tr w:rsidR="003A176F" w14:paraId="5F822181" w14:textId="77777777">
        <w:trPr>
          <w:trHeight w:val="532"/>
        </w:trPr>
        <w:tc>
          <w:tcPr>
            <w:tcW w:w="468" w:type="dxa"/>
          </w:tcPr>
          <w:p w14:paraId="74811069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6162" w:type="dxa"/>
          </w:tcPr>
          <w:p w14:paraId="165F75DF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Координаты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точки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плоскости,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абсцисса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ордината.</w:t>
            </w:r>
          </w:p>
        </w:tc>
        <w:tc>
          <w:tcPr>
            <w:tcW w:w="526" w:type="dxa"/>
          </w:tcPr>
          <w:p w14:paraId="6739AAE0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2A5D3C6D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55E3EE6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243D9FDD" w14:textId="77777777" w:rsidR="003A176F" w:rsidRDefault="00DB75F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B2AAED5" w14:textId="77777777" w:rsidR="003A176F" w:rsidRDefault="00DB75FB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https://resh.edu.ru/subject/lesson/6921/start/308552/</w:t>
            </w:r>
          </w:p>
        </w:tc>
      </w:tr>
      <w:tr w:rsidR="003A176F" w14:paraId="0767E6B4" w14:textId="77777777">
        <w:trPr>
          <w:trHeight w:val="527"/>
        </w:trPr>
        <w:tc>
          <w:tcPr>
            <w:tcW w:w="468" w:type="dxa"/>
          </w:tcPr>
          <w:p w14:paraId="1E4C4315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8.3.</w:t>
            </w:r>
          </w:p>
        </w:tc>
        <w:tc>
          <w:tcPr>
            <w:tcW w:w="6162" w:type="dxa"/>
          </w:tcPr>
          <w:p w14:paraId="6EB641B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Столбчатые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круговые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диаграммы.</w:t>
            </w:r>
          </w:p>
        </w:tc>
        <w:tc>
          <w:tcPr>
            <w:tcW w:w="526" w:type="dxa"/>
          </w:tcPr>
          <w:p w14:paraId="6103CF16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6A2C757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6A2C3A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6D388F58" w14:textId="77777777" w:rsidR="003A176F" w:rsidRDefault="00DB75F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DE00D38" w14:textId="77777777" w:rsidR="003A176F" w:rsidRDefault="00DB75FB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https://resh.edu.ru/subject/lesson/1228/</w:t>
            </w:r>
          </w:p>
        </w:tc>
      </w:tr>
      <w:tr w:rsidR="003A176F" w14:paraId="27C65A2E" w14:textId="77777777">
        <w:trPr>
          <w:trHeight w:val="530"/>
        </w:trPr>
        <w:tc>
          <w:tcPr>
            <w:tcW w:w="468" w:type="dxa"/>
          </w:tcPr>
          <w:p w14:paraId="380A3433" w14:textId="77777777" w:rsidR="003A176F" w:rsidRDefault="00DB75FB">
            <w:pPr>
              <w:pStyle w:val="TableParagraph"/>
              <w:spacing w:before="5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8.4.</w:t>
            </w:r>
          </w:p>
        </w:tc>
        <w:tc>
          <w:tcPr>
            <w:tcW w:w="6162" w:type="dxa"/>
          </w:tcPr>
          <w:p w14:paraId="7A8153D4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«Построение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диаграмм».</w:t>
            </w:r>
          </w:p>
        </w:tc>
        <w:tc>
          <w:tcPr>
            <w:tcW w:w="526" w:type="dxa"/>
          </w:tcPr>
          <w:p w14:paraId="4E79DAE9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33CFEFE4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B32D019" w14:textId="77777777" w:rsidR="003A176F" w:rsidRDefault="00DB75FB">
            <w:pPr>
              <w:pStyle w:val="TableParagraph"/>
              <w:spacing w:before="54"/>
              <w:ind w:left="85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5295" w:type="dxa"/>
          </w:tcPr>
          <w:p w14:paraId="776639DA" w14:textId="6C6ECFE1" w:rsidR="003A176F" w:rsidRDefault="00DB75FB">
            <w:pPr>
              <w:pStyle w:val="TableParagraph"/>
              <w:spacing w:before="57" w:line="247" w:lineRule="auto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50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15222DE5" w14:textId="77777777">
        <w:trPr>
          <w:trHeight w:val="535"/>
        </w:trPr>
        <w:tc>
          <w:tcPr>
            <w:tcW w:w="468" w:type="dxa"/>
          </w:tcPr>
          <w:p w14:paraId="7F7E6575" w14:textId="77777777" w:rsidR="003A176F" w:rsidRDefault="00DB75FB">
            <w:pPr>
              <w:pStyle w:val="TableParagraph"/>
              <w:spacing w:before="5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8.5.</w:t>
            </w:r>
          </w:p>
        </w:tc>
        <w:tc>
          <w:tcPr>
            <w:tcW w:w="6162" w:type="dxa"/>
          </w:tcPr>
          <w:p w14:paraId="2F073609" w14:textId="77777777" w:rsidR="003A176F" w:rsidRDefault="00DB75FB">
            <w:pPr>
              <w:pStyle w:val="TableParagraph"/>
              <w:spacing w:before="57" w:line="247" w:lineRule="auto"/>
              <w:ind w:left="81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Решение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текстовых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задач,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со держащих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данные,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представ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ленные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в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таблицах и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на</w:t>
            </w:r>
            <w:r>
              <w:rPr>
                <w:color w:val="201F1F"/>
                <w:spacing w:val="-35"/>
                <w:w w:val="95"/>
                <w:sz w:val="16"/>
              </w:rPr>
              <w:t xml:space="preserve"> </w:t>
            </w:r>
            <w:r>
              <w:rPr>
                <w:color w:val="201F1F"/>
                <w:sz w:val="16"/>
              </w:rPr>
              <w:t>диаграммах</w:t>
            </w:r>
          </w:p>
        </w:tc>
        <w:tc>
          <w:tcPr>
            <w:tcW w:w="526" w:type="dxa"/>
          </w:tcPr>
          <w:p w14:paraId="42B0CCEA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13B1F817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</w:tcPr>
          <w:p w14:paraId="2D873DF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5" w:type="dxa"/>
          </w:tcPr>
          <w:p w14:paraId="3861A5CB" w14:textId="7229EC36" w:rsidR="003A176F" w:rsidRDefault="00DB75FB">
            <w:pPr>
              <w:pStyle w:val="TableParagraph"/>
              <w:spacing w:before="57" w:line="247" w:lineRule="auto"/>
              <w:ind w:left="82" w:right="3611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51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</w:tbl>
    <w:p w14:paraId="5B47792A" w14:textId="77777777" w:rsidR="003A176F" w:rsidRDefault="003A176F">
      <w:pPr>
        <w:spacing w:line="247" w:lineRule="auto"/>
        <w:rPr>
          <w:sz w:val="16"/>
        </w:rPr>
        <w:sectPr w:rsidR="003A176F">
          <w:pgSz w:w="16860" w:h="11900" w:orient="landscape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62"/>
        <w:gridCol w:w="528"/>
        <w:gridCol w:w="1515"/>
        <w:gridCol w:w="1536"/>
        <w:gridCol w:w="5297"/>
      </w:tblGrid>
      <w:tr w:rsidR="003A176F" w14:paraId="743462FE" w14:textId="77777777">
        <w:trPr>
          <w:trHeight w:val="335"/>
        </w:trPr>
        <w:tc>
          <w:tcPr>
            <w:tcW w:w="6630" w:type="dxa"/>
            <w:gridSpan w:val="2"/>
          </w:tcPr>
          <w:p w14:paraId="60002B54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018B2503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6</w:t>
            </w:r>
          </w:p>
        </w:tc>
        <w:tc>
          <w:tcPr>
            <w:tcW w:w="1515" w:type="dxa"/>
          </w:tcPr>
          <w:p w14:paraId="5217A25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6FBC54B9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270B367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14BE27BA" w14:textId="77777777">
        <w:trPr>
          <w:trHeight w:val="338"/>
        </w:trPr>
        <w:tc>
          <w:tcPr>
            <w:tcW w:w="15506" w:type="dxa"/>
            <w:gridSpan w:val="6"/>
          </w:tcPr>
          <w:p w14:paraId="18C6913A" w14:textId="4D57CF06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9.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Наглядная</w:t>
            </w:r>
            <w:r w:rsidR="009A1DF5">
              <w:rPr>
                <w:b/>
                <w:color w:val="201F1F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геометрия.</w:t>
            </w:r>
            <w:r>
              <w:rPr>
                <w:b/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Фигуры</w:t>
            </w:r>
            <w:r>
              <w:rPr>
                <w:b/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в</w:t>
            </w:r>
            <w:r>
              <w:rPr>
                <w:b/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color w:val="201F1F"/>
                <w:w w:val="95"/>
                <w:sz w:val="16"/>
              </w:rPr>
              <w:t>пространстве</w:t>
            </w:r>
          </w:p>
        </w:tc>
      </w:tr>
      <w:tr w:rsidR="003A176F" w14:paraId="3111C321" w14:textId="77777777">
        <w:trPr>
          <w:trHeight w:val="530"/>
        </w:trPr>
        <w:tc>
          <w:tcPr>
            <w:tcW w:w="468" w:type="dxa"/>
          </w:tcPr>
          <w:p w14:paraId="5E06D340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6162" w:type="dxa"/>
          </w:tcPr>
          <w:p w14:paraId="46E31F6F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Прямоугольный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параллелепипед,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куб,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призма,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пирамида,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конус,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цилиндр,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шар</w:t>
            </w:r>
            <w:r>
              <w:rPr>
                <w:color w:val="201F1F"/>
                <w:spacing w:val="4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2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сфера.</w:t>
            </w:r>
          </w:p>
        </w:tc>
        <w:tc>
          <w:tcPr>
            <w:tcW w:w="528" w:type="dxa"/>
          </w:tcPr>
          <w:p w14:paraId="1239AF5B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2</w:t>
            </w:r>
          </w:p>
        </w:tc>
        <w:tc>
          <w:tcPr>
            <w:tcW w:w="1515" w:type="dxa"/>
          </w:tcPr>
          <w:p w14:paraId="4A08FB3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559A5FEB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1E5EACA4" w14:textId="176198D0" w:rsidR="003A176F" w:rsidRDefault="00DB75FB">
            <w:pPr>
              <w:pStyle w:val="TableParagraph"/>
              <w:spacing w:before="61"/>
              <w:ind w:left="83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52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6BA62C7A" w14:textId="77777777">
        <w:trPr>
          <w:trHeight w:val="529"/>
        </w:trPr>
        <w:tc>
          <w:tcPr>
            <w:tcW w:w="468" w:type="dxa"/>
            <w:tcBorders>
              <w:bottom w:val="single" w:sz="6" w:space="0" w:color="000000"/>
            </w:tcBorders>
          </w:tcPr>
          <w:p w14:paraId="1177A1A2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9.2.</w:t>
            </w:r>
          </w:p>
        </w:tc>
        <w:tc>
          <w:tcPr>
            <w:tcW w:w="6162" w:type="dxa"/>
            <w:tcBorders>
              <w:bottom w:val="single" w:sz="6" w:space="0" w:color="000000"/>
            </w:tcBorders>
          </w:tcPr>
          <w:p w14:paraId="358072C2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Изображение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пространственных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фигур.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1BBF4B14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  <w:tcBorders>
              <w:bottom w:val="single" w:sz="6" w:space="0" w:color="000000"/>
            </w:tcBorders>
          </w:tcPr>
          <w:p w14:paraId="14B00680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14:paraId="3FF613D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bottom w:val="single" w:sz="6" w:space="0" w:color="000000"/>
            </w:tcBorders>
          </w:tcPr>
          <w:p w14:paraId="5E6534C4" w14:textId="77777777" w:rsidR="003A176F" w:rsidRDefault="00DB75FB">
            <w:pPr>
              <w:pStyle w:val="TableParagraph"/>
              <w:spacing w:before="61"/>
              <w:ind w:left="83" w:right="82"/>
              <w:rPr>
                <w:sz w:val="16"/>
              </w:rPr>
            </w:pPr>
            <w:r>
              <w:rPr>
                <w:sz w:val="16"/>
              </w:rPr>
              <w:t>Видеоурок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https://videouroki.net/search?q=Изображение+пространственных+фигур.</w:t>
            </w:r>
          </w:p>
        </w:tc>
      </w:tr>
      <w:tr w:rsidR="003A176F" w14:paraId="20A41A78" w14:textId="77777777">
        <w:trPr>
          <w:trHeight w:val="527"/>
        </w:trPr>
        <w:tc>
          <w:tcPr>
            <w:tcW w:w="468" w:type="dxa"/>
            <w:tcBorders>
              <w:top w:val="single" w:sz="6" w:space="0" w:color="000000"/>
            </w:tcBorders>
          </w:tcPr>
          <w:p w14:paraId="61052606" w14:textId="77777777" w:rsidR="003A176F" w:rsidRDefault="00DB75FB">
            <w:pPr>
              <w:pStyle w:val="TableParagraph"/>
              <w:spacing w:before="52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9.3.</w:t>
            </w:r>
          </w:p>
        </w:tc>
        <w:tc>
          <w:tcPr>
            <w:tcW w:w="6162" w:type="dxa"/>
            <w:tcBorders>
              <w:top w:val="single" w:sz="6" w:space="0" w:color="000000"/>
            </w:tcBorders>
          </w:tcPr>
          <w:p w14:paraId="1D90AEFD" w14:textId="7FA8CB9D" w:rsidR="003A176F" w:rsidRDefault="00DB75FB">
            <w:pPr>
              <w:pStyle w:val="TableParagraph"/>
              <w:spacing w:before="52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Примеры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 w:rsidR="009A1DF5">
              <w:rPr>
                <w:color w:val="201F1F"/>
                <w:w w:val="95"/>
                <w:sz w:val="16"/>
              </w:rPr>
              <w:t>развё</w:t>
            </w:r>
            <w:r>
              <w:rPr>
                <w:color w:val="201F1F"/>
                <w:w w:val="95"/>
                <w:sz w:val="16"/>
              </w:rPr>
              <w:t>рток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многогранников,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цилиндра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конуса.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5295EE96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5CEEBFB1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4E3CC2E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top w:val="single" w:sz="6" w:space="0" w:color="000000"/>
            </w:tcBorders>
          </w:tcPr>
          <w:p w14:paraId="0C0E6E24" w14:textId="16303204" w:rsidR="003A176F" w:rsidRDefault="00DB75FB">
            <w:pPr>
              <w:pStyle w:val="TableParagraph"/>
              <w:spacing w:before="56"/>
              <w:ind w:left="83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53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4B9F97D4" w14:textId="77777777">
        <w:trPr>
          <w:trHeight w:val="530"/>
        </w:trPr>
        <w:tc>
          <w:tcPr>
            <w:tcW w:w="468" w:type="dxa"/>
          </w:tcPr>
          <w:p w14:paraId="52983AB2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9.4.</w:t>
            </w:r>
          </w:p>
        </w:tc>
        <w:tc>
          <w:tcPr>
            <w:tcW w:w="6162" w:type="dxa"/>
          </w:tcPr>
          <w:p w14:paraId="351094FC" w14:textId="77777777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Практическая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работа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«Создание</w:t>
            </w:r>
            <w:r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моделей</w:t>
            </w:r>
            <w:r>
              <w:rPr>
                <w:color w:val="201F1F"/>
                <w:spacing w:val="3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пространственных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фигур».</w:t>
            </w:r>
          </w:p>
        </w:tc>
        <w:tc>
          <w:tcPr>
            <w:tcW w:w="528" w:type="dxa"/>
          </w:tcPr>
          <w:p w14:paraId="5830449D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4EC5164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9F54496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5297" w:type="dxa"/>
          </w:tcPr>
          <w:p w14:paraId="51552CAC" w14:textId="51FB7DBF" w:rsidR="003A176F" w:rsidRDefault="00DB75FB">
            <w:pPr>
              <w:pStyle w:val="TableParagraph"/>
              <w:spacing w:before="59"/>
              <w:ind w:left="83" w:right="3393"/>
              <w:rPr>
                <w:sz w:val="16"/>
              </w:rPr>
            </w:pPr>
            <w:r>
              <w:rPr>
                <w:sz w:val="16"/>
              </w:rPr>
              <w:t>Я</w:t>
            </w:r>
            <w:r w:rsidR="009A1DF5">
              <w:rPr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</w:t>
            </w:r>
            <w:hyperlink r:id="rId54">
              <w:r>
                <w:rPr>
                  <w:w w:val="90"/>
                  <w:sz w:val="16"/>
                </w:rPr>
                <w:t>/www.yaklass.ru</w:t>
              </w:r>
            </w:hyperlink>
          </w:p>
        </w:tc>
      </w:tr>
      <w:tr w:rsidR="003A176F" w14:paraId="5CB950B2" w14:textId="77777777">
        <w:trPr>
          <w:trHeight w:val="530"/>
        </w:trPr>
        <w:tc>
          <w:tcPr>
            <w:tcW w:w="468" w:type="dxa"/>
          </w:tcPr>
          <w:p w14:paraId="44907595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9.5.</w:t>
            </w:r>
          </w:p>
        </w:tc>
        <w:tc>
          <w:tcPr>
            <w:tcW w:w="6162" w:type="dxa"/>
          </w:tcPr>
          <w:p w14:paraId="74FBBF99" w14:textId="41BF33BC" w:rsidR="003A176F" w:rsidRDefault="00DB75FB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Понятие</w:t>
            </w:r>
            <w:r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 w:rsidR="009A1DF5">
              <w:rPr>
                <w:color w:val="201F1F"/>
                <w:w w:val="95"/>
                <w:sz w:val="16"/>
              </w:rPr>
              <w:t>объё</w:t>
            </w:r>
            <w:r>
              <w:rPr>
                <w:color w:val="201F1F"/>
                <w:w w:val="95"/>
                <w:sz w:val="16"/>
              </w:rPr>
              <w:t>ма;</w:t>
            </w:r>
            <w:r>
              <w:rPr>
                <w:color w:val="201F1F"/>
                <w:spacing w:val="1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единицы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измерения</w:t>
            </w:r>
            <w:r>
              <w:rPr>
                <w:color w:val="201F1F"/>
                <w:spacing w:val="7"/>
                <w:w w:val="95"/>
                <w:sz w:val="16"/>
              </w:rPr>
              <w:t xml:space="preserve"> </w:t>
            </w:r>
            <w:r w:rsidR="009A1DF5">
              <w:rPr>
                <w:color w:val="201F1F"/>
                <w:w w:val="95"/>
                <w:sz w:val="16"/>
              </w:rPr>
              <w:t>объё</w:t>
            </w:r>
            <w:r>
              <w:rPr>
                <w:color w:val="201F1F"/>
                <w:w w:val="95"/>
                <w:sz w:val="16"/>
              </w:rPr>
              <w:t>ма.</w:t>
            </w:r>
          </w:p>
        </w:tc>
        <w:tc>
          <w:tcPr>
            <w:tcW w:w="528" w:type="dxa"/>
          </w:tcPr>
          <w:p w14:paraId="78F2550D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15" w:type="dxa"/>
          </w:tcPr>
          <w:p w14:paraId="03B5D953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725EF38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3FB192F4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A5F7FDF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https://resh.edu.ru/subject/lesson/584/</w:t>
            </w:r>
          </w:p>
        </w:tc>
      </w:tr>
      <w:tr w:rsidR="003A176F" w14:paraId="46EDA512" w14:textId="77777777">
        <w:trPr>
          <w:trHeight w:val="530"/>
        </w:trPr>
        <w:tc>
          <w:tcPr>
            <w:tcW w:w="468" w:type="dxa"/>
          </w:tcPr>
          <w:p w14:paraId="4C59AFD4" w14:textId="77777777" w:rsidR="003A176F" w:rsidRDefault="00DB75FB">
            <w:pPr>
              <w:pStyle w:val="TableParagraph"/>
              <w:spacing w:before="57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9.6.</w:t>
            </w:r>
          </w:p>
        </w:tc>
        <w:tc>
          <w:tcPr>
            <w:tcW w:w="6162" w:type="dxa"/>
          </w:tcPr>
          <w:p w14:paraId="27BB38D3" w14:textId="51C54129" w:rsidR="003A176F" w:rsidRDefault="009A1DF5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color w:val="201F1F"/>
                <w:w w:val="95"/>
                <w:sz w:val="16"/>
              </w:rPr>
              <w:t>Объё</w:t>
            </w:r>
            <w:r w:rsidR="00DB75FB">
              <w:rPr>
                <w:color w:val="201F1F"/>
                <w:w w:val="95"/>
                <w:sz w:val="16"/>
              </w:rPr>
              <w:t>м прямоугольного</w:t>
            </w:r>
            <w:r w:rsidR="00DB75FB">
              <w:rPr>
                <w:color w:val="201F1F"/>
                <w:spacing w:val="6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параллелепипеда,</w:t>
            </w:r>
            <w:r w:rsidR="00DB75FB"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куба,</w:t>
            </w:r>
            <w:r w:rsidR="00DB75FB">
              <w:rPr>
                <w:color w:val="201F1F"/>
                <w:spacing w:val="5"/>
                <w:w w:val="95"/>
                <w:sz w:val="16"/>
              </w:rPr>
              <w:t xml:space="preserve"> </w:t>
            </w:r>
            <w:r w:rsidR="00DB75FB">
              <w:rPr>
                <w:color w:val="201F1F"/>
                <w:w w:val="95"/>
                <w:sz w:val="16"/>
              </w:rPr>
              <w:t>формулы</w:t>
            </w:r>
            <w:r w:rsidR="00DB75FB">
              <w:rPr>
                <w:color w:val="201F1F"/>
                <w:spacing w:val="8"/>
                <w:w w:val="95"/>
                <w:sz w:val="16"/>
              </w:rPr>
              <w:t xml:space="preserve"> </w:t>
            </w:r>
            <w:r>
              <w:rPr>
                <w:color w:val="201F1F"/>
                <w:w w:val="95"/>
                <w:sz w:val="16"/>
              </w:rPr>
              <w:t>объё</w:t>
            </w:r>
            <w:r w:rsidR="00DB75FB">
              <w:rPr>
                <w:color w:val="201F1F"/>
                <w:w w:val="95"/>
                <w:sz w:val="16"/>
              </w:rPr>
              <w:t>ма</w:t>
            </w:r>
          </w:p>
        </w:tc>
        <w:tc>
          <w:tcPr>
            <w:tcW w:w="528" w:type="dxa"/>
          </w:tcPr>
          <w:p w14:paraId="547FC434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3</w:t>
            </w:r>
          </w:p>
        </w:tc>
        <w:tc>
          <w:tcPr>
            <w:tcW w:w="1515" w:type="dxa"/>
          </w:tcPr>
          <w:p w14:paraId="4496D8A8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6A026FBC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7A855CCE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9463F0C" w14:textId="77777777" w:rsidR="003A176F" w:rsidRDefault="00DB75FB">
            <w:pPr>
              <w:pStyle w:val="TableParagraph"/>
              <w:spacing w:before="3"/>
              <w:ind w:left="83"/>
              <w:rPr>
                <w:sz w:val="16"/>
              </w:rPr>
            </w:pPr>
            <w:r>
              <w:rPr>
                <w:sz w:val="16"/>
              </w:rPr>
              <w:t>https://resh.edu.ru/subject/lesson/565/</w:t>
            </w:r>
          </w:p>
        </w:tc>
      </w:tr>
      <w:tr w:rsidR="003A176F" w14:paraId="5E2517AF" w14:textId="77777777">
        <w:trPr>
          <w:trHeight w:val="338"/>
        </w:trPr>
        <w:tc>
          <w:tcPr>
            <w:tcW w:w="6630" w:type="dxa"/>
            <w:gridSpan w:val="2"/>
          </w:tcPr>
          <w:p w14:paraId="25E28B18" w14:textId="77777777" w:rsidR="003A176F" w:rsidRDefault="00DB75F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14:paraId="7EFECC3D" w14:textId="77777777" w:rsidR="003A176F" w:rsidRDefault="00DB75F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515" w:type="dxa"/>
          </w:tcPr>
          <w:p w14:paraId="0FEE4D07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</w:tcPr>
          <w:p w14:paraId="440DCB9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</w:tcPr>
          <w:p w14:paraId="6048A66A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3BEA024B" w14:textId="77777777">
        <w:trPr>
          <w:trHeight w:val="337"/>
        </w:trPr>
        <w:tc>
          <w:tcPr>
            <w:tcW w:w="15506" w:type="dxa"/>
            <w:gridSpan w:val="6"/>
          </w:tcPr>
          <w:p w14:paraId="500A72FC" w14:textId="77777777" w:rsidR="003A176F" w:rsidRDefault="00DB75FB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Повторение,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обобщение,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систематизация</w:t>
            </w:r>
          </w:p>
        </w:tc>
      </w:tr>
      <w:tr w:rsidR="003A176F" w14:paraId="18C066C2" w14:textId="77777777">
        <w:trPr>
          <w:trHeight w:val="527"/>
        </w:trPr>
        <w:tc>
          <w:tcPr>
            <w:tcW w:w="468" w:type="dxa"/>
            <w:tcBorders>
              <w:bottom w:val="single" w:sz="6" w:space="0" w:color="000000"/>
            </w:tcBorders>
          </w:tcPr>
          <w:p w14:paraId="1B66BB6F" w14:textId="77777777" w:rsidR="003A176F" w:rsidRDefault="00DB75FB">
            <w:pPr>
              <w:pStyle w:val="TableParagraph"/>
              <w:spacing w:before="52"/>
              <w:ind w:left="56" w:right="41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6162" w:type="dxa"/>
            <w:tcBorders>
              <w:bottom w:val="single" w:sz="6" w:space="0" w:color="000000"/>
            </w:tcBorders>
          </w:tcPr>
          <w:p w14:paraId="4F31500A" w14:textId="77777777" w:rsidR="003A176F" w:rsidRDefault="00DB75FB">
            <w:pPr>
              <w:pStyle w:val="TableParagraph"/>
              <w:spacing w:before="59" w:line="244" w:lineRule="auto"/>
              <w:ind w:left="78" w:right="119"/>
              <w:rPr>
                <w:sz w:val="16"/>
              </w:rPr>
            </w:pPr>
            <w:r>
              <w:rPr>
                <w:w w:val="95"/>
                <w:sz w:val="16"/>
              </w:rPr>
              <w:t>Повторение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методов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курсов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 классов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обобщение,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систематизация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31D86ABF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515" w:type="dxa"/>
            <w:tcBorders>
              <w:bottom w:val="single" w:sz="6" w:space="0" w:color="000000"/>
            </w:tcBorders>
          </w:tcPr>
          <w:p w14:paraId="5683F66E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1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14:paraId="1F91BA05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bottom w:val="single" w:sz="6" w:space="0" w:color="000000"/>
            </w:tcBorders>
          </w:tcPr>
          <w:p w14:paraId="349A2669" w14:textId="3813EE5D" w:rsidR="003A176F" w:rsidRDefault="00DB75FB">
            <w:pPr>
              <w:pStyle w:val="TableParagraph"/>
              <w:spacing w:before="59" w:line="244" w:lineRule="auto"/>
              <w:ind w:left="83" w:right="3612"/>
              <w:rPr>
                <w:sz w:val="16"/>
              </w:rPr>
            </w:pPr>
            <w:r>
              <w:rPr>
                <w:sz w:val="16"/>
              </w:rPr>
              <w:t>Учи.</w:t>
            </w:r>
            <w:r w:rsidR="009A1DF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https://uchi.ru/main</w:t>
            </w:r>
          </w:p>
        </w:tc>
      </w:tr>
      <w:tr w:rsidR="003A176F" w14:paraId="73C55191" w14:textId="77777777">
        <w:trPr>
          <w:trHeight w:val="335"/>
        </w:trPr>
        <w:tc>
          <w:tcPr>
            <w:tcW w:w="6630" w:type="dxa"/>
            <w:gridSpan w:val="2"/>
            <w:tcBorders>
              <w:top w:val="single" w:sz="6" w:space="0" w:color="000000"/>
            </w:tcBorders>
          </w:tcPr>
          <w:p w14:paraId="2832E76F" w14:textId="77777777" w:rsidR="003A176F" w:rsidRDefault="00DB75FB">
            <w:pPr>
              <w:pStyle w:val="TableParagraph"/>
              <w:spacing w:before="5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43E567B0" w14:textId="77777777" w:rsidR="003A176F" w:rsidRDefault="00DB75FB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14:paraId="52C7A70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505F741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  <w:tc>
          <w:tcPr>
            <w:tcW w:w="5297" w:type="dxa"/>
            <w:tcBorders>
              <w:top w:val="single" w:sz="6" w:space="0" w:color="000000"/>
            </w:tcBorders>
          </w:tcPr>
          <w:p w14:paraId="78F540D6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  <w:tr w:rsidR="003A176F" w14:paraId="6ABE553B" w14:textId="77777777">
        <w:trPr>
          <w:trHeight w:val="318"/>
        </w:trPr>
        <w:tc>
          <w:tcPr>
            <w:tcW w:w="6630" w:type="dxa"/>
            <w:gridSpan w:val="2"/>
          </w:tcPr>
          <w:p w14:paraId="73D72361" w14:textId="77777777" w:rsidR="003A176F" w:rsidRDefault="00DB75FB">
            <w:pPr>
              <w:pStyle w:val="TableParagraph"/>
              <w:spacing w:before="5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1F753C3F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515" w:type="dxa"/>
          </w:tcPr>
          <w:p w14:paraId="6F95080A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9</w:t>
            </w:r>
          </w:p>
        </w:tc>
        <w:tc>
          <w:tcPr>
            <w:tcW w:w="1536" w:type="dxa"/>
          </w:tcPr>
          <w:p w14:paraId="43624897" w14:textId="77777777" w:rsidR="003A176F" w:rsidRDefault="00DB75FB">
            <w:pPr>
              <w:pStyle w:val="TableParagraph"/>
              <w:spacing w:before="54"/>
              <w:ind w:left="83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5297" w:type="dxa"/>
          </w:tcPr>
          <w:p w14:paraId="2C87A47F" w14:textId="77777777" w:rsidR="003A176F" w:rsidRDefault="003A176F">
            <w:pPr>
              <w:pStyle w:val="TableParagraph"/>
              <w:rPr>
                <w:sz w:val="14"/>
              </w:rPr>
            </w:pPr>
          </w:p>
        </w:tc>
      </w:tr>
    </w:tbl>
    <w:p w14:paraId="22D8A202" w14:textId="77777777" w:rsidR="003A176F" w:rsidRDefault="003A176F">
      <w:pPr>
        <w:rPr>
          <w:sz w:val="14"/>
        </w:rPr>
        <w:sectPr w:rsidR="003A176F">
          <w:pgSz w:w="16860" w:h="11900" w:orient="landscape"/>
          <w:pgMar w:top="540" w:right="560" w:bottom="280" w:left="560" w:header="720" w:footer="720" w:gutter="0"/>
          <w:cols w:space="720"/>
        </w:sectPr>
      </w:pPr>
    </w:p>
    <w:p w14:paraId="749AEAC2" w14:textId="77777777" w:rsidR="00DB75FB" w:rsidRDefault="00DB75FB" w:rsidP="00DB75FB">
      <w:pPr>
        <w:spacing w:after="78" w:line="220" w:lineRule="exact"/>
      </w:pPr>
    </w:p>
    <w:sectPr w:rsidR="00DB75FB" w:rsidSect="00711C36">
      <w:pgSz w:w="11900" w:h="16840"/>
      <w:pgMar w:top="298" w:right="650" w:bottom="602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F5B1A"/>
    <w:multiLevelType w:val="hybridMultilevel"/>
    <w:tmpl w:val="ABAA2D10"/>
    <w:lvl w:ilvl="0" w:tplc="0BF28F82">
      <w:start w:val="1"/>
      <w:numFmt w:val="decimal"/>
      <w:lvlText w:val="%1.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EECFE">
      <w:numFmt w:val="bullet"/>
      <w:lvlText w:val="•"/>
      <w:lvlJc w:val="left"/>
      <w:pPr>
        <w:ind w:left="1167" w:hanging="327"/>
      </w:pPr>
      <w:rPr>
        <w:rFonts w:hint="default"/>
        <w:lang w:val="ru-RU" w:eastAsia="en-US" w:bidi="ar-SA"/>
      </w:rPr>
    </w:lvl>
    <w:lvl w:ilvl="2" w:tplc="82347CF6">
      <w:numFmt w:val="bullet"/>
      <w:lvlText w:val="•"/>
      <w:lvlJc w:val="left"/>
      <w:pPr>
        <w:ind w:left="2235" w:hanging="327"/>
      </w:pPr>
      <w:rPr>
        <w:rFonts w:hint="default"/>
        <w:lang w:val="ru-RU" w:eastAsia="en-US" w:bidi="ar-SA"/>
      </w:rPr>
    </w:lvl>
    <w:lvl w:ilvl="3" w:tplc="50DA39FC">
      <w:numFmt w:val="bullet"/>
      <w:lvlText w:val="•"/>
      <w:lvlJc w:val="left"/>
      <w:pPr>
        <w:ind w:left="3303" w:hanging="327"/>
      </w:pPr>
      <w:rPr>
        <w:rFonts w:hint="default"/>
        <w:lang w:val="ru-RU" w:eastAsia="en-US" w:bidi="ar-SA"/>
      </w:rPr>
    </w:lvl>
    <w:lvl w:ilvl="4" w:tplc="C872366A">
      <w:numFmt w:val="bullet"/>
      <w:lvlText w:val="•"/>
      <w:lvlJc w:val="left"/>
      <w:pPr>
        <w:ind w:left="4371" w:hanging="327"/>
      </w:pPr>
      <w:rPr>
        <w:rFonts w:hint="default"/>
        <w:lang w:val="ru-RU" w:eastAsia="en-US" w:bidi="ar-SA"/>
      </w:rPr>
    </w:lvl>
    <w:lvl w:ilvl="5" w:tplc="030C3BA2">
      <w:numFmt w:val="bullet"/>
      <w:lvlText w:val="•"/>
      <w:lvlJc w:val="left"/>
      <w:pPr>
        <w:ind w:left="5439" w:hanging="327"/>
      </w:pPr>
      <w:rPr>
        <w:rFonts w:hint="default"/>
        <w:lang w:val="ru-RU" w:eastAsia="en-US" w:bidi="ar-SA"/>
      </w:rPr>
    </w:lvl>
    <w:lvl w:ilvl="6" w:tplc="18860AF8">
      <w:numFmt w:val="bullet"/>
      <w:lvlText w:val="•"/>
      <w:lvlJc w:val="left"/>
      <w:pPr>
        <w:ind w:left="6507" w:hanging="327"/>
      </w:pPr>
      <w:rPr>
        <w:rFonts w:hint="default"/>
        <w:lang w:val="ru-RU" w:eastAsia="en-US" w:bidi="ar-SA"/>
      </w:rPr>
    </w:lvl>
    <w:lvl w:ilvl="7" w:tplc="18DAB20A">
      <w:numFmt w:val="bullet"/>
      <w:lvlText w:val="•"/>
      <w:lvlJc w:val="left"/>
      <w:pPr>
        <w:ind w:left="7575" w:hanging="327"/>
      </w:pPr>
      <w:rPr>
        <w:rFonts w:hint="default"/>
        <w:lang w:val="ru-RU" w:eastAsia="en-US" w:bidi="ar-SA"/>
      </w:rPr>
    </w:lvl>
    <w:lvl w:ilvl="8" w:tplc="B4AEE9B4">
      <w:numFmt w:val="bullet"/>
      <w:lvlText w:val="•"/>
      <w:lvlJc w:val="left"/>
      <w:pPr>
        <w:ind w:left="8643" w:hanging="327"/>
      </w:pPr>
      <w:rPr>
        <w:rFonts w:hint="default"/>
        <w:lang w:val="ru-RU" w:eastAsia="en-US" w:bidi="ar-SA"/>
      </w:rPr>
    </w:lvl>
  </w:abstractNum>
  <w:abstractNum w:abstractNumId="10" w15:restartNumberingAfterBreak="0">
    <w:nsid w:val="019851B2"/>
    <w:multiLevelType w:val="hybridMultilevel"/>
    <w:tmpl w:val="ABAA2D10"/>
    <w:lvl w:ilvl="0" w:tplc="0BF28F82">
      <w:start w:val="1"/>
      <w:numFmt w:val="decimal"/>
      <w:lvlText w:val="%1.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EECFE">
      <w:numFmt w:val="bullet"/>
      <w:lvlText w:val="•"/>
      <w:lvlJc w:val="left"/>
      <w:pPr>
        <w:ind w:left="1167" w:hanging="327"/>
      </w:pPr>
      <w:rPr>
        <w:rFonts w:hint="default"/>
        <w:lang w:val="ru-RU" w:eastAsia="en-US" w:bidi="ar-SA"/>
      </w:rPr>
    </w:lvl>
    <w:lvl w:ilvl="2" w:tplc="82347CF6">
      <w:numFmt w:val="bullet"/>
      <w:lvlText w:val="•"/>
      <w:lvlJc w:val="left"/>
      <w:pPr>
        <w:ind w:left="2235" w:hanging="327"/>
      </w:pPr>
      <w:rPr>
        <w:rFonts w:hint="default"/>
        <w:lang w:val="ru-RU" w:eastAsia="en-US" w:bidi="ar-SA"/>
      </w:rPr>
    </w:lvl>
    <w:lvl w:ilvl="3" w:tplc="50DA39FC">
      <w:numFmt w:val="bullet"/>
      <w:lvlText w:val="•"/>
      <w:lvlJc w:val="left"/>
      <w:pPr>
        <w:ind w:left="3303" w:hanging="327"/>
      </w:pPr>
      <w:rPr>
        <w:rFonts w:hint="default"/>
        <w:lang w:val="ru-RU" w:eastAsia="en-US" w:bidi="ar-SA"/>
      </w:rPr>
    </w:lvl>
    <w:lvl w:ilvl="4" w:tplc="C872366A">
      <w:numFmt w:val="bullet"/>
      <w:lvlText w:val="•"/>
      <w:lvlJc w:val="left"/>
      <w:pPr>
        <w:ind w:left="4371" w:hanging="327"/>
      </w:pPr>
      <w:rPr>
        <w:rFonts w:hint="default"/>
        <w:lang w:val="ru-RU" w:eastAsia="en-US" w:bidi="ar-SA"/>
      </w:rPr>
    </w:lvl>
    <w:lvl w:ilvl="5" w:tplc="030C3BA2">
      <w:numFmt w:val="bullet"/>
      <w:lvlText w:val="•"/>
      <w:lvlJc w:val="left"/>
      <w:pPr>
        <w:ind w:left="5439" w:hanging="327"/>
      </w:pPr>
      <w:rPr>
        <w:rFonts w:hint="default"/>
        <w:lang w:val="ru-RU" w:eastAsia="en-US" w:bidi="ar-SA"/>
      </w:rPr>
    </w:lvl>
    <w:lvl w:ilvl="6" w:tplc="18860AF8">
      <w:numFmt w:val="bullet"/>
      <w:lvlText w:val="•"/>
      <w:lvlJc w:val="left"/>
      <w:pPr>
        <w:ind w:left="6507" w:hanging="327"/>
      </w:pPr>
      <w:rPr>
        <w:rFonts w:hint="default"/>
        <w:lang w:val="ru-RU" w:eastAsia="en-US" w:bidi="ar-SA"/>
      </w:rPr>
    </w:lvl>
    <w:lvl w:ilvl="7" w:tplc="18DAB20A">
      <w:numFmt w:val="bullet"/>
      <w:lvlText w:val="•"/>
      <w:lvlJc w:val="left"/>
      <w:pPr>
        <w:ind w:left="7575" w:hanging="327"/>
      </w:pPr>
      <w:rPr>
        <w:rFonts w:hint="default"/>
        <w:lang w:val="ru-RU" w:eastAsia="en-US" w:bidi="ar-SA"/>
      </w:rPr>
    </w:lvl>
    <w:lvl w:ilvl="8" w:tplc="B4AEE9B4">
      <w:numFmt w:val="bullet"/>
      <w:lvlText w:val="•"/>
      <w:lvlJc w:val="left"/>
      <w:pPr>
        <w:ind w:left="8643" w:hanging="327"/>
      </w:pPr>
      <w:rPr>
        <w:rFonts w:hint="default"/>
        <w:lang w:val="ru-RU" w:eastAsia="en-US" w:bidi="ar-SA"/>
      </w:rPr>
    </w:lvl>
  </w:abstractNum>
  <w:abstractNum w:abstractNumId="11" w15:restartNumberingAfterBreak="0">
    <w:nsid w:val="18117B52"/>
    <w:multiLevelType w:val="hybridMultilevel"/>
    <w:tmpl w:val="A81A7920"/>
    <w:lvl w:ilvl="0" w:tplc="4F14144C">
      <w:numFmt w:val="bullet"/>
      <w:lvlText w:val="—"/>
      <w:lvlJc w:val="left"/>
      <w:pPr>
        <w:ind w:left="107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8FC28">
      <w:numFmt w:val="bullet"/>
      <w:lvlText w:val="•"/>
      <w:lvlJc w:val="left"/>
      <w:pPr>
        <w:ind w:left="1167" w:hanging="581"/>
      </w:pPr>
      <w:rPr>
        <w:rFonts w:hint="default"/>
        <w:lang w:val="ru-RU" w:eastAsia="en-US" w:bidi="ar-SA"/>
      </w:rPr>
    </w:lvl>
    <w:lvl w:ilvl="2" w:tplc="4D424336">
      <w:numFmt w:val="bullet"/>
      <w:lvlText w:val="•"/>
      <w:lvlJc w:val="left"/>
      <w:pPr>
        <w:ind w:left="2235" w:hanging="581"/>
      </w:pPr>
      <w:rPr>
        <w:rFonts w:hint="default"/>
        <w:lang w:val="ru-RU" w:eastAsia="en-US" w:bidi="ar-SA"/>
      </w:rPr>
    </w:lvl>
    <w:lvl w:ilvl="3" w:tplc="BA8AB0E8">
      <w:numFmt w:val="bullet"/>
      <w:lvlText w:val="•"/>
      <w:lvlJc w:val="left"/>
      <w:pPr>
        <w:ind w:left="3303" w:hanging="581"/>
      </w:pPr>
      <w:rPr>
        <w:rFonts w:hint="default"/>
        <w:lang w:val="ru-RU" w:eastAsia="en-US" w:bidi="ar-SA"/>
      </w:rPr>
    </w:lvl>
    <w:lvl w:ilvl="4" w:tplc="21169E58">
      <w:numFmt w:val="bullet"/>
      <w:lvlText w:val="•"/>
      <w:lvlJc w:val="left"/>
      <w:pPr>
        <w:ind w:left="4371" w:hanging="581"/>
      </w:pPr>
      <w:rPr>
        <w:rFonts w:hint="default"/>
        <w:lang w:val="ru-RU" w:eastAsia="en-US" w:bidi="ar-SA"/>
      </w:rPr>
    </w:lvl>
    <w:lvl w:ilvl="5" w:tplc="34D640EC">
      <w:numFmt w:val="bullet"/>
      <w:lvlText w:val="•"/>
      <w:lvlJc w:val="left"/>
      <w:pPr>
        <w:ind w:left="5439" w:hanging="581"/>
      </w:pPr>
      <w:rPr>
        <w:rFonts w:hint="default"/>
        <w:lang w:val="ru-RU" w:eastAsia="en-US" w:bidi="ar-SA"/>
      </w:rPr>
    </w:lvl>
    <w:lvl w:ilvl="6" w:tplc="2D520808">
      <w:numFmt w:val="bullet"/>
      <w:lvlText w:val="•"/>
      <w:lvlJc w:val="left"/>
      <w:pPr>
        <w:ind w:left="6507" w:hanging="581"/>
      </w:pPr>
      <w:rPr>
        <w:rFonts w:hint="default"/>
        <w:lang w:val="ru-RU" w:eastAsia="en-US" w:bidi="ar-SA"/>
      </w:rPr>
    </w:lvl>
    <w:lvl w:ilvl="7" w:tplc="6DEEB76C">
      <w:numFmt w:val="bullet"/>
      <w:lvlText w:val="•"/>
      <w:lvlJc w:val="left"/>
      <w:pPr>
        <w:ind w:left="7575" w:hanging="581"/>
      </w:pPr>
      <w:rPr>
        <w:rFonts w:hint="default"/>
        <w:lang w:val="ru-RU" w:eastAsia="en-US" w:bidi="ar-SA"/>
      </w:rPr>
    </w:lvl>
    <w:lvl w:ilvl="8" w:tplc="63A4E55A">
      <w:numFmt w:val="bullet"/>
      <w:lvlText w:val="•"/>
      <w:lvlJc w:val="left"/>
      <w:pPr>
        <w:ind w:left="8643" w:hanging="581"/>
      </w:pPr>
      <w:rPr>
        <w:rFonts w:hint="default"/>
        <w:lang w:val="ru-RU" w:eastAsia="en-US" w:bidi="ar-SA"/>
      </w:rPr>
    </w:lvl>
  </w:abstractNum>
  <w:abstractNum w:abstractNumId="12" w15:restartNumberingAfterBreak="0">
    <w:nsid w:val="759D51CD"/>
    <w:multiLevelType w:val="hybridMultilevel"/>
    <w:tmpl w:val="EE724F58"/>
    <w:lvl w:ilvl="0" w:tplc="7D8E4744">
      <w:start w:val="5"/>
      <w:numFmt w:val="decimal"/>
      <w:lvlText w:val="%1"/>
      <w:lvlJc w:val="left"/>
      <w:pPr>
        <w:ind w:left="241" w:hanging="1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CFAD07A">
      <w:numFmt w:val="bullet"/>
      <w:lvlText w:val="•"/>
      <w:lvlJc w:val="left"/>
      <w:pPr>
        <w:ind w:left="1789" w:hanging="137"/>
      </w:pPr>
      <w:rPr>
        <w:rFonts w:hint="default"/>
        <w:lang w:val="ru-RU" w:eastAsia="en-US" w:bidi="ar-SA"/>
      </w:rPr>
    </w:lvl>
    <w:lvl w:ilvl="2" w:tplc="52888CD0">
      <w:numFmt w:val="bullet"/>
      <w:lvlText w:val="•"/>
      <w:lvlJc w:val="left"/>
      <w:pPr>
        <w:ind w:left="3338" w:hanging="137"/>
      </w:pPr>
      <w:rPr>
        <w:rFonts w:hint="default"/>
        <w:lang w:val="ru-RU" w:eastAsia="en-US" w:bidi="ar-SA"/>
      </w:rPr>
    </w:lvl>
    <w:lvl w:ilvl="3" w:tplc="A9F00DCE">
      <w:numFmt w:val="bullet"/>
      <w:lvlText w:val="•"/>
      <w:lvlJc w:val="left"/>
      <w:pPr>
        <w:ind w:left="4887" w:hanging="137"/>
      </w:pPr>
      <w:rPr>
        <w:rFonts w:hint="default"/>
        <w:lang w:val="ru-RU" w:eastAsia="en-US" w:bidi="ar-SA"/>
      </w:rPr>
    </w:lvl>
    <w:lvl w:ilvl="4" w:tplc="1BD2908E">
      <w:numFmt w:val="bullet"/>
      <w:lvlText w:val="•"/>
      <w:lvlJc w:val="left"/>
      <w:pPr>
        <w:ind w:left="6436" w:hanging="137"/>
      </w:pPr>
      <w:rPr>
        <w:rFonts w:hint="default"/>
        <w:lang w:val="ru-RU" w:eastAsia="en-US" w:bidi="ar-SA"/>
      </w:rPr>
    </w:lvl>
    <w:lvl w:ilvl="5" w:tplc="2C621A8E">
      <w:numFmt w:val="bullet"/>
      <w:lvlText w:val="•"/>
      <w:lvlJc w:val="left"/>
      <w:pPr>
        <w:ind w:left="7985" w:hanging="137"/>
      </w:pPr>
      <w:rPr>
        <w:rFonts w:hint="default"/>
        <w:lang w:val="ru-RU" w:eastAsia="en-US" w:bidi="ar-SA"/>
      </w:rPr>
    </w:lvl>
    <w:lvl w:ilvl="6" w:tplc="2CA662D8">
      <w:numFmt w:val="bullet"/>
      <w:lvlText w:val="•"/>
      <w:lvlJc w:val="left"/>
      <w:pPr>
        <w:ind w:left="9534" w:hanging="137"/>
      </w:pPr>
      <w:rPr>
        <w:rFonts w:hint="default"/>
        <w:lang w:val="ru-RU" w:eastAsia="en-US" w:bidi="ar-SA"/>
      </w:rPr>
    </w:lvl>
    <w:lvl w:ilvl="7" w:tplc="70B08B4A">
      <w:numFmt w:val="bullet"/>
      <w:lvlText w:val="•"/>
      <w:lvlJc w:val="left"/>
      <w:pPr>
        <w:ind w:left="11083" w:hanging="137"/>
      </w:pPr>
      <w:rPr>
        <w:rFonts w:hint="default"/>
        <w:lang w:val="ru-RU" w:eastAsia="en-US" w:bidi="ar-SA"/>
      </w:rPr>
    </w:lvl>
    <w:lvl w:ilvl="8" w:tplc="02329822">
      <w:numFmt w:val="bullet"/>
      <w:lvlText w:val="•"/>
      <w:lvlJc w:val="left"/>
      <w:pPr>
        <w:ind w:left="12632" w:hanging="137"/>
      </w:pPr>
      <w:rPr>
        <w:rFonts w:hint="default"/>
        <w:lang w:val="ru-RU" w:eastAsia="en-US" w:bidi="ar-SA"/>
      </w:rPr>
    </w:lvl>
  </w:abstractNum>
  <w:abstractNum w:abstractNumId="13" w15:restartNumberingAfterBreak="0">
    <w:nsid w:val="7C5B05E5"/>
    <w:multiLevelType w:val="hybridMultilevel"/>
    <w:tmpl w:val="A3A0BA06"/>
    <w:lvl w:ilvl="0" w:tplc="F40065CE">
      <w:start w:val="1"/>
      <w:numFmt w:val="decimal"/>
      <w:lvlText w:val="%1)"/>
      <w:lvlJc w:val="left"/>
      <w:pPr>
        <w:ind w:left="107" w:hanging="437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AB48BD2">
      <w:numFmt w:val="bullet"/>
      <w:lvlText w:val="•"/>
      <w:lvlJc w:val="left"/>
      <w:pPr>
        <w:ind w:left="1167" w:hanging="437"/>
      </w:pPr>
      <w:rPr>
        <w:rFonts w:hint="default"/>
        <w:lang w:val="ru-RU" w:eastAsia="en-US" w:bidi="ar-SA"/>
      </w:rPr>
    </w:lvl>
    <w:lvl w:ilvl="2" w:tplc="5D9E070E">
      <w:numFmt w:val="bullet"/>
      <w:lvlText w:val="•"/>
      <w:lvlJc w:val="left"/>
      <w:pPr>
        <w:ind w:left="2235" w:hanging="437"/>
      </w:pPr>
      <w:rPr>
        <w:rFonts w:hint="default"/>
        <w:lang w:val="ru-RU" w:eastAsia="en-US" w:bidi="ar-SA"/>
      </w:rPr>
    </w:lvl>
    <w:lvl w:ilvl="3" w:tplc="276A691C">
      <w:numFmt w:val="bullet"/>
      <w:lvlText w:val="•"/>
      <w:lvlJc w:val="left"/>
      <w:pPr>
        <w:ind w:left="3303" w:hanging="437"/>
      </w:pPr>
      <w:rPr>
        <w:rFonts w:hint="default"/>
        <w:lang w:val="ru-RU" w:eastAsia="en-US" w:bidi="ar-SA"/>
      </w:rPr>
    </w:lvl>
    <w:lvl w:ilvl="4" w:tplc="DE3E912A">
      <w:numFmt w:val="bullet"/>
      <w:lvlText w:val="•"/>
      <w:lvlJc w:val="left"/>
      <w:pPr>
        <w:ind w:left="4371" w:hanging="437"/>
      </w:pPr>
      <w:rPr>
        <w:rFonts w:hint="default"/>
        <w:lang w:val="ru-RU" w:eastAsia="en-US" w:bidi="ar-SA"/>
      </w:rPr>
    </w:lvl>
    <w:lvl w:ilvl="5" w:tplc="A17C81B8">
      <w:numFmt w:val="bullet"/>
      <w:lvlText w:val="•"/>
      <w:lvlJc w:val="left"/>
      <w:pPr>
        <w:ind w:left="5439" w:hanging="437"/>
      </w:pPr>
      <w:rPr>
        <w:rFonts w:hint="default"/>
        <w:lang w:val="ru-RU" w:eastAsia="en-US" w:bidi="ar-SA"/>
      </w:rPr>
    </w:lvl>
    <w:lvl w:ilvl="6" w:tplc="F68C0708">
      <w:numFmt w:val="bullet"/>
      <w:lvlText w:val="•"/>
      <w:lvlJc w:val="left"/>
      <w:pPr>
        <w:ind w:left="6507" w:hanging="437"/>
      </w:pPr>
      <w:rPr>
        <w:rFonts w:hint="default"/>
        <w:lang w:val="ru-RU" w:eastAsia="en-US" w:bidi="ar-SA"/>
      </w:rPr>
    </w:lvl>
    <w:lvl w:ilvl="7" w:tplc="1F984E8A">
      <w:numFmt w:val="bullet"/>
      <w:lvlText w:val="•"/>
      <w:lvlJc w:val="left"/>
      <w:pPr>
        <w:ind w:left="7575" w:hanging="437"/>
      </w:pPr>
      <w:rPr>
        <w:rFonts w:hint="default"/>
        <w:lang w:val="ru-RU" w:eastAsia="en-US" w:bidi="ar-SA"/>
      </w:rPr>
    </w:lvl>
    <w:lvl w:ilvl="8" w:tplc="5DEA3FF4">
      <w:numFmt w:val="bullet"/>
      <w:lvlText w:val="•"/>
      <w:lvlJc w:val="left"/>
      <w:pPr>
        <w:ind w:left="8643" w:hanging="43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6F"/>
    <w:rsid w:val="000A38A4"/>
    <w:rsid w:val="000D08C5"/>
    <w:rsid w:val="00392864"/>
    <w:rsid w:val="003A176F"/>
    <w:rsid w:val="0066322E"/>
    <w:rsid w:val="00711C36"/>
    <w:rsid w:val="00886B7E"/>
    <w:rsid w:val="009A1DF5"/>
    <w:rsid w:val="009F1F4C"/>
    <w:rsid w:val="00B345FA"/>
    <w:rsid w:val="00C95EA7"/>
    <w:rsid w:val="00DB75FB"/>
    <w:rsid w:val="00FB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785E"/>
  <w15:docId w15:val="{A9AB1407-E624-4307-94CD-E9575EA6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uiPriority w:val="9"/>
    <w:qFormat/>
    <w:pPr>
      <w:spacing w:before="8"/>
      <w:ind w:left="827"/>
      <w:jc w:val="both"/>
      <w:outlineLvl w:val="0"/>
    </w:pPr>
    <w:rPr>
      <w:b/>
      <w:bCs/>
      <w:sz w:val="24"/>
      <w:szCs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B75FB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pPr>
      <w:ind w:left="107" w:firstLine="720"/>
      <w:jc w:val="both"/>
    </w:pPr>
    <w:rPr>
      <w:sz w:val="24"/>
      <w:szCs w:val="24"/>
    </w:rPr>
  </w:style>
  <w:style w:type="paragraph" w:styleId="a7">
    <w:name w:val="List Paragraph"/>
    <w:basedOn w:val="a1"/>
    <w:uiPriority w:val="34"/>
    <w:qFormat/>
    <w:pPr>
      <w:ind w:left="107" w:firstLine="720"/>
      <w:jc w:val="both"/>
    </w:pPr>
  </w:style>
  <w:style w:type="paragraph" w:customStyle="1" w:styleId="TableParagraph">
    <w:name w:val="Table Paragraph"/>
    <w:basedOn w:val="a1"/>
    <w:uiPriority w:val="1"/>
    <w:qFormat/>
  </w:style>
  <w:style w:type="character" w:customStyle="1" w:styleId="22">
    <w:name w:val="Заголовок 2 Знак"/>
    <w:basedOn w:val="a2"/>
    <w:link w:val="21"/>
    <w:uiPriority w:val="9"/>
    <w:rsid w:val="00DB7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DB75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DB7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DB75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DB75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DB75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DB75F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DB7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header"/>
    <w:basedOn w:val="a1"/>
    <w:link w:val="a9"/>
    <w:uiPriority w:val="99"/>
    <w:unhideWhenUsed/>
    <w:rsid w:val="00DB75FB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9">
    <w:name w:val="Верхний колонтитул Знак"/>
    <w:basedOn w:val="a2"/>
    <w:link w:val="a8"/>
    <w:uiPriority w:val="99"/>
    <w:rsid w:val="00DB75FB"/>
    <w:rPr>
      <w:rFonts w:eastAsiaTheme="minorEastAsia"/>
    </w:rPr>
  </w:style>
  <w:style w:type="paragraph" w:styleId="aa">
    <w:name w:val="footer"/>
    <w:basedOn w:val="a1"/>
    <w:link w:val="ab"/>
    <w:uiPriority w:val="99"/>
    <w:unhideWhenUsed/>
    <w:rsid w:val="00DB75FB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rsid w:val="00DB75FB"/>
    <w:rPr>
      <w:rFonts w:eastAsiaTheme="minorEastAsia"/>
    </w:rPr>
  </w:style>
  <w:style w:type="paragraph" w:styleId="ac">
    <w:name w:val="No Spacing"/>
    <w:uiPriority w:val="1"/>
    <w:qFormat/>
    <w:rsid w:val="00DB75FB"/>
    <w:pPr>
      <w:widowControl/>
      <w:autoSpaceDE/>
      <w:autoSpaceDN/>
    </w:pPr>
    <w:rPr>
      <w:rFonts w:eastAsiaTheme="minorEastAsia"/>
    </w:rPr>
  </w:style>
  <w:style w:type="character" w:customStyle="1" w:styleId="10">
    <w:name w:val="Заголовок 1 Знак"/>
    <w:basedOn w:val="a2"/>
    <w:link w:val="1"/>
    <w:uiPriority w:val="9"/>
    <w:rsid w:val="00DB75F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d">
    <w:name w:val="Title"/>
    <w:basedOn w:val="a1"/>
    <w:next w:val="a1"/>
    <w:link w:val="ae"/>
    <w:uiPriority w:val="10"/>
    <w:qFormat/>
    <w:rsid w:val="00DB75FB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2"/>
    <w:link w:val="ad"/>
    <w:uiPriority w:val="10"/>
    <w:rsid w:val="00DB75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1"/>
    <w:next w:val="a1"/>
    <w:link w:val="af0"/>
    <w:uiPriority w:val="11"/>
    <w:qFormat/>
    <w:rsid w:val="00DB75FB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2"/>
    <w:link w:val="af"/>
    <w:uiPriority w:val="11"/>
    <w:rsid w:val="00DB75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DB75F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23">
    <w:name w:val="Body Text 2"/>
    <w:basedOn w:val="a1"/>
    <w:link w:val="24"/>
    <w:uiPriority w:val="99"/>
    <w:unhideWhenUsed/>
    <w:rsid w:val="00DB75FB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DB75FB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DB75FB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DB75FB"/>
    <w:rPr>
      <w:rFonts w:eastAsiaTheme="minorEastAsia"/>
      <w:sz w:val="16"/>
      <w:szCs w:val="16"/>
    </w:rPr>
  </w:style>
  <w:style w:type="paragraph" w:styleId="af1">
    <w:name w:val="List"/>
    <w:basedOn w:val="a1"/>
    <w:uiPriority w:val="99"/>
    <w:unhideWhenUsed/>
    <w:rsid w:val="00DB75FB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5">
    <w:name w:val="List 2"/>
    <w:basedOn w:val="a1"/>
    <w:uiPriority w:val="99"/>
    <w:unhideWhenUsed/>
    <w:rsid w:val="00DB75FB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5">
    <w:name w:val="List 3"/>
    <w:basedOn w:val="a1"/>
    <w:uiPriority w:val="99"/>
    <w:unhideWhenUsed/>
    <w:rsid w:val="00DB75FB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unhideWhenUsed/>
    <w:rsid w:val="00DB75FB"/>
    <w:pPr>
      <w:widowControl/>
      <w:numPr>
        <w:numId w:val="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unhideWhenUsed/>
    <w:rsid w:val="00DB75FB"/>
    <w:pPr>
      <w:widowControl/>
      <w:numPr>
        <w:numId w:val="6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unhideWhenUsed/>
    <w:rsid w:val="00DB75FB"/>
    <w:pPr>
      <w:widowControl/>
      <w:numPr>
        <w:numId w:val="7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unhideWhenUsed/>
    <w:rsid w:val="00DB75FB"/>
    <w:pPr>
      <w:widowControl/>
      <w:numPr>
        <w:numId w:val="9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unhideWhenUsed/>
    <w:rsid w:val="00DB75FB"/>
    <w:pPr>
      <w:widowControl/>
      <w:numPr>
        <w:numId w:val="10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unhideWhenUsed/>
    <w:rsid w:val="00DB75FB"/>
    <w:pPr>
      <w:widowControl/>
      <w:numPr>
        <w:numId w:val="11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2">
    <w:name w:val="List Continue"/>
    <w:basedOn w:val="a1"/>
    <w:uiPriority w:val="99"/>
    <w:unhideWhenUsed/>
    <w:rsid w:val="00DB75FB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6">
    <w:name w:val="List Continue 2"/>
    <w:basedOn w:val="a1"/>
    <w:uiPriority w:val="99"/>
    <w:unhideWhenUsed/>
    <w:rsid w:val="00DB75FB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6">
    <w:name w:val="List Continue 3"/>
    <w:basedOn w:val="a1"/>
    <w:uiPriority w:val="99"/>
    <w:unhideWhenUsed/>
    <w:rsid w:val="00DB75FB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3">
    <w:name w:val="macro"/>
    <w:link w:val="af4"/>
    <w:uiPriority w:val="99"/>
    <w:unhideWhenUsed/>
    <w:rsid w:val="00DB75FB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DB75FB"/>
    <w:rPr>
      <w:rFonts w:ascii="Courier" w:eastAsiaTheme="minorEastAsia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DB75FB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DB75FB"/>
    <w:rPr>
      <w:rFonts w:eastAsiaTheme="minorEastAsia"/>
      <w:i/>
      <w:iCs/>
      <w:color w:val="000000" w:themeColor="text1"/>
    </w:rPr>
  </w:style>
  <w:style w:type="paragraph" w:styleId="af5">
    <w:name w:val="caption"/>
    <w:basedOn w:val="a1"/>
    <w:next w:val="a1"/>
    <w:uiPriority w:val="35"/>
    <w:semiHidden/>
    <w:unhideWhenUsed/>
    <w:qFormat/>
    <w:rsid w:val="00DB75FB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DB75FB"/>
    <w:rPr>
      <w:b/>
      <w:bCs/>
    </w:rPr>
  </w:style>
  <w:style w:type="character" w:styleId="af7">
    <w:name w:val="Emphasis"/>
    <w:basedOn w:val="a2"/>
    <w:uiPriority w:val="20"/>
    <w:qFormat/>
    <w:rsid w:val="00DB75FB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DB75FB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DB75FB"/>
    <w:rPr>
      <w:rFonts w:eastAsiaTheme="minorEastAsia"/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DB75FB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DB75FB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DB75FB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DB75FB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DB75FB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DB75F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table" w:styleId="aff0">
    <w:name w:val="Table Grid"/>
    <w:basedOn w:val="a3"/>
    <w:uiPriority w:val="59"/>
    <w:rsid w:val="00DB75FB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DB75FB"/>
    <w:pPr>
      <w:widowControl/>
      <w:autoSpaceDE/>
      <w:autoSpaceDN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DB75FB"/>
    <w:pPr>
      <w:widowControl/>
      <w:autoSpaceDE/>
      <w:autoSpaceDN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DB75FB"/>
    <w:pPr>
      <w:widowControl/>
      <w:autoSpaceDE/>
      <w:autoSpaceDN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DB75FB"/>
    <w:pPr>
      <w:widowControl/>
      <w:autoSpaceDE/>
      <w:autoSpaceDN/>
    </w:pPr>
    <w:rPr>
      <w:rFonts w:eastAsiaTheme="minorEastAsia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DB75FB"/>
    <w:pPr>
      <w:widowControl/>
      <w:autoSpaceDE/>
      <w:autoSpaceDN/>
    </w:pPr>
    <w:rPr>
      <w:rFonts w:eastAsiaTheme="minorEastAsia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DB75FB"/>
    <w:pPr>
      <w:widowControl/>
      <w:autoSpaceDE/>
      <w:autoSpaceDN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DB75FB"/>
    <w:pPr>
      <w:widowControl/>
      <w:autoSpaceDE/>
      <w:autoSpaceDN/>
    </w:pPr>
    <w:rPr>
      <w:rFonts w:eastAsiaTheme="minorEastAsia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DB75FB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DB75FB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DB75FB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DB75FB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B75FB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B75F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klass.ru/p/matematika/6-klass/naturalnye-chisla-" TargetMode="External"/><Relationship Id="rId18" Type="http://schemas.openxmlformats.org/officeDocument/2006/relationships/hyperlink" Target="http://www.yaklass.ru/" TargetMode="External"/><Relationship Id="rId26" Type="http://schemas.openxmlformats.org/officeDocument/2006/relationships/hyperlink" Target="http://www.yaklass.ru/" TargetMode="External"/><Relationship Id="rId39" Type="http://schemas.openxmlformats.org/officeDocument/2006/relationships/hyperlink" Target="http://www.yaklass.ru/" TargetMode="External"/><Relationship Id="rId21" Type="http://schemas.openxmlformats.org/officeDocument/2006/relationships/hyperlink" Target="http://www.yaklass.ru/" TargetMode="External"/><Relationship Id="rId34" Type="http://schemas.openxmlformats.org/officeDocument/2006/relationships/hyperlink" Target="http://www.yaklass.ru/" TargetMode="External"/><Relationship Id="rId42" Type="http://schemas.openxmlformats.org/officeDocument/2006/relationships/hyperlink" Target="http://www.yaklass.ru/" TargetMode="External"/><Relationship Id="rId47" Type="http://schemas.openxmlformats.org/officeDocument/2006/relationships/hyperlink" Target="http://www.yaklass.ru/" TargetMode="External"/><Relationship Id="rId50" Type="http://schemas.openxmlformats.org/officeDocument/2006/relationships/hyperlink" Target="http://www.yaklass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aklass.ru/" TargetMode="External"/><Relationship Id="rId29" Type="http://schemas.openxmlformats.org/officeDocument/2006/relationships/hyperlink" Target="http://www.yaklass.ru/" TargetMode="External"/><Relationship Id="rId11" Type="http://schemas.openxmlformats.org/officeDocument/2006/relationships/hyperlink" Target="http://www.yaklass.ru/" TargetMode="External"/><Relationship Id="rId24" Type="http://schemas.openxmlformats.org/officeDocument/2006/relationships/hyperlink" Target="http://www.yaklass.ru/" TargetMode="External"/><Relationship Id="rId32" Type="http://schemas.openxmlformats.org/officeDocument/2006/relationships/hyperlink" Target="http://www.yaklass.ru/" TargetMode="External"/><Relationship Id="rId37" Type="http://schemas.openxmlformats.org/officeDocument/2006/relationships/hyperlink" Target="http://www.yaklass.ru/" TargetMode="External"/><Relationship Id="rId40" Type="http://schemas.openxmlformats.org/officeDocument/2006/relationships/hyperlink" Target="http://www.yaklass.ru/" TargetMode="External"/><Relationship Id="rId45" Type="http://schemas.openxmlformats.org/officeDocument/2006/relationships/hyperlink" Target="http://www.yaklass.ru/" TargetMode="External"/><Relationship Id="rId53" Type="http://schemas.openxmlformats.org/officeDocument/2006/relationships/hyperlink" Target="http://www.yaklass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yaklass.ru/" TargetMode="External"/><Relationship Id="rId19" Type="http://schemas.openxmlformats.org/officeDocument/2006/relationships/hyperlink" Target="http://www.yaklass.ru/p/" TargetMode="External"/><Relationship Id="rId31" Type="http://schemas.openxmlformats.org/officeDocument/2006/relationships/hyperlink" Target="http://www.yaklass.ru/" TargetMode="External"/><Relationship Id="rId44" Type="http://schemas.openxmlformats.org/officeDocument/2006/relationships/hyperlink" Target="http://www.yaklass.ru/" TargetMode="External"/><Relationship Id="rId52" Type="http://schemas.openxmlformats.org/officeDocument/2006/relationships/hyperlink" Target="http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" TargetMode="External"/><Relationship Id="rId14" Type="http://schemas.openxmlformats.org/officeDocument/2006/relationships/hyperlink" Target="http://www.yaklass.ru/" TargetMode="External"/><Relationship Id="rId22" Type="http://schemas.openxmlformats.org/officeDocument/2006/relationships/hyperlink" Target="http://www.yaklass.ru/" TargetMode="External"/><Relationship Id="rId27" Type="http://schemas.openxmlformats.org/officeDocument/2006/relationships/hyperlink" Target="http://www.yaklass.ru/" TargetMode="External"/><Relationship Id="rId30" Type="http://schemas.openxmlformats.org/officeDocument/2006/relationships/hyperlink" Target="http://www.yaklass.ru/" TargetMode="External"/><Relationship Id="rId35" Type="http://schemas.openxmlformats.org/officeDocument/2006/relationships/hyperlink" Target="http://www.yaklass.ru/" TargetMode="External"/><Relationship Id="rId43" Type="http://schemas.openxmlformats.org/officeDocument/2006/relationships/hyperlink" Target="http://www.yaklass.ru/" TargetMode="External"/><Relationship Id="rId48" Type="http://schemas.openxmlformats.org/officeDocument/2006/relationships/hyperlink" Target="http://www.yaklass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yaklass.ru/" TargetMode="External"/><Relationship Id="rId51" Type="http://schemas.openxmlformats.org/officeDocument/2006/relationships/hyperlink" Target="http://www.yak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yaklass.ru/" TargetMode="External"/><Relationship Id="rId17" Type="http://schemas.openxmlformats.org/officeDocument/2006/relationships/hyperlink" Target="http://www.yaklass.ru/" TargetMode="External"/><Relationship Id="rId25" Type="http://schemas.openxmlformats.org/officeDocument/2006/relationships/hyperlink" Target="http://www.yaklass.ru/" TargetMode="External"/><Relationship Id="rId33" Type="http://schemas.openxmlformats.org/officeDocument/2006/relationships/hyperlink" Target="http://www.yaklass.ru/" TargetMode="External"/><Relationship Id="rId38" Type="http://schemas.openxmlformats.org/officeDocument/2006/relationships/hyperlink" Target="http://www.yaklass.ru/" TargetMode="External"/><Relationship Id="rId46" Type="http://schemas.openxmlformats.org/officeDocument/2006/relationships/hyperlink" Target="http://www.yaklass.ru/" TargetMode="External"/><Relationship Id="rId20" Type="http://schemas.openxmlformats.org/officeDocument/2006/relationships/hyperlink" Target="http://www.yaklass.ru/" TargetMode="External"/><Relationship Id="rId41" Type="http://schemas.openxmlformats.org/officeDocument/2006/relationships/hyperlink" Target="http://www.yaklass.ru/" TargetMode="External"/><Relationship Id="rId54" Type="http://schemas.openxmlformats.org/officeDocument/2006/relationships/hyperlink" Target="http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aklass.ru/" TargetMode="Externa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www.yaklass.ru/" TargetMode="External"/><Relationship Id="rId28" Type="http://schemas.openxmlformats.org/officeDocument/2006/relationships/hyperlink" Target="http://www.yaklass.ru/" TargetMode="External"/><Relationship Id="rId36" Type="http://schemas.openxmlformats.org/officeDocument/2006/relationships/hyperlink" Target="http://www.yaklass.ru/" TargetMode="External"/><Relationship Id="rId49" Type="http://schemas.openxmlformats.org/officeDocument/2006/relationships/hyperlink" Target="http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7558</Words>
  <Characters>43083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6</cp:revision>
  <dcterms:created xsi:type="dcterms:W3CDTF">2023-06-08T06:49:00Z</dcterms:created>
  <dcterms:modified xsi:type="dcterms:W3CDTF">2023-11-03T03:45:00Z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2022-09-25T00:00:00Z</vt:filetime>
  </property>
</Properties>
</file>